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Segoe UI" w:hAnsi="Segoe UI" w:eastAsia="Segoe UI"/>
          <w:b/>
          <w:i w:val="0"/>
          <w:color w:val="1F2328"/>
          <w:sz w:val="60"/>
        </w:rPr>
        <w:t xml:space="preserve">LONG </w:t>
      </w:r>
      <w:r>
        <w:rPr>
          <w:rFonts w:ascii="Segoe UI" w:hAnsi="Segoe UI" w:eastAsia="Segoe UI"/>
          <w:b/>
          <w:i w:val="0"/>
          <w:color w:val="5D9C3C"/>
          <w:sz w:val="60"/>
        </w:rPr>
        <w:t>DEGENERACY</w:t>
      </w:r>
    </w:p>
    <w:p>
      <w:pPr>
        <w:spacing w:before="0" w:after="40"/>
        <w:jc w:val="center"/>
      </w:pPr>
      <w:r>
        <w:rPr>
          <w:rFonts w:ascii="Segoe UI" w:hAnsi="Segoe UI" w:eastAsia="Segoe UI"/>
          <w:b/>
          <w:i w:val="0"/>
          <w:color w:val="6B7280"/>
          <w:sz w:val="24"/>
        </w:rPr>
        <w:t>HOW TO START THE BOT ON YOUR OWN COMPUTER</w:t>
      </w:r>
    </w:p>
    <w:p>
      <w:pPr>
        <w:spacing w:before="0" w:after="280"/>
        <w:jc w:val="center"/>
      </w:pPr>
      <w:r>
        <w:rPr>
          <w:rFonts w:ascii="Segoe UI" w:hAnsi="Segoe UI" w:eastAsia="Segoe UI"/>
          <w:b w:val="0"/>
          <w:i/>
          <w:color w:val="6B7280"/>
          <w:sz w:val="21"/>
        </w:rPr>
        <w:t>Written for someone who has never opened a terminal.</w:t>
      </w:r>
    </w:p>
    <w:p>
      <w:pPr>
        <w:pBdr>
          <w:left w:val="single" w:sz="22" w:space="10" w:color="5D9C3C"/>
        </w:pBdr>
        <w:shd w:val="clear" w:color="auto" w:fill="EDF5E6"/>
        <w:spacing w:before="120" w:after="240"/>
        <w:ind w:left="170" w:right="57"/>
      </w:pPr>
      <w:r>
        <w:rPr>
          <w:rFonts w:ascii="Segoe UI" w:hAnsi="Segoe UI" w:eastAsia="Segoe UI"/>
          <w:b/>
          <w:i w:val="0"/>
          <w:color w:val="5D9C3C"/>
          <w:sz w:val="20"/>
        </w:rPr>
        <w:t xml:space="preserve">IN SHORT  </w:t>
      </w:r>
      <w:r>
        <w:rPr>
          <w:rFonts w:ascii="Segoe UI" w:hAnsi="Segoe UI" w:eastAsia="Segoe UI"/>
          <w:b w:val="0"/>
          <w:i w:val="0"/>
          <w:color w:val="1F2328"/>
          <w:sz w:val="20"/>
        </w:rPr>
        <w:t>You install Python once, download a folder from the site, and double-click one file. It practises trading with pretend money for a week and shows you the results. It never touches real money, and it cannot — the part of the program that places orders is not in the download.</w:t>
      </w:r>
    </w:p>
    <w:p>
      <w:pPr>
        <w:spacing w:before="280" w:after="120"/>
      </w:pPr>
      <w:r>
        <w:rPr>
          <w:rFonts w:ascii="Segoe UI" w:hAnsi="Segoe UI" w:eastAsia="Segoe UI"/>
          <w:b/>
          <w:i w:val="0"/>
          <w:color w:val="1F2328"/>
          <w:sz w:val="25"/>
        </w:rPr>
        <w:t>What you need</w:t>
      </w:r>
    </w:p>
    <w:p>
      <w:pPr>
        <w:spacing w:before="0" w:after="80"/>
        <w:ind w:left="425" w:hanging="227"/>
      </w:pPr>
      <w:r>
        <w:rPr>
          <w:rFonts w:ascii="Segoe UI" w:hAnsi="Segoe UI" w:eastAsia="Segoe UI"/>
          <w:b/>
          <w:i w:val="0"/>
          <w:color w:val="5D9C3C"/>
          <w:sz w:val="21"/>
        </w:rPr>
        <w:t xml:space="preserve">•  </w:t>
      </w:r>
      <w:r>
        <w:rPr>
          <w:rFonts w:ascii="Segoe UI" w:hAnsi="Segoe UI" w:eastAsia="Segoe UI"/>
          <w:b w:val="0"/>
          <w:i w:val="0"/>
          <w:color w:val="1F2328"/>
          <w:sz w:val="21"/>
        </w:rPr>
        <w:t>A Windows PC, a Mac, or a Linux machine. Any of them.</w:t>
      </w:r>
    </w:p>
    <w:p>
      <w:pPr>
        <w:spacing w:before="0" w:after="80"/>
        <w:ind w:left="425" w:hanging="227"/>
      </w:pPr>
      <w:r>
        <w:rPr>
          <w:rFonts w:ascii="Segoe UI" w:hAnsi="Segoe UI" w:eastAsia="Segoe UI"/>
          <w:b/>
          <w:i w:val="0"/>
          <w:color w:val="5D9C3C"/>
          <w:sz w:val="21"/>
        </w:rPr>
        <w:t xml:space="preserve">•  </w:t>
      </w:r>
      <w:r>
        <w:rPr>
          <w:rFonts w:ascii="Segoe UI" w:hAnsi="Segoe UI" w:eastAsia="Segoe UI"/>
          <w:b w:val="0"/>
          <w:i w:val="0"/>
          <w:color w:val="1F2328"/>
          <w:sz w:val="21"/>
        </w:rPr>
        <w:t>An internet connection.</w:t>
      </w:r>
    </w:p>
    <w:p>
      <w:pPr>
        <w:spacing w:before="0" w:after="80"/>
        <w:ind w:left="425" w:hanging="227"/>
      </w:pPr>
      <w:r>
        <w:rPr>
          <w:rFonts w:ascii="Segoe UI" w:hAnsi="Segoe UI" w:eastAsia="Segoe UI"/>
          <w:b/>
          <w:i w:val="0"/>
          <w:color w:val="5D9C3C"/>
          <w:sz w:val="21"/>
        </w:rPr>
        <w:t xml:space="preserve">•  </w:t>
      </w:r>
      <w:r>
        <w:rPr>
          <w:rFonts w:ascii="Segoe UI" w:hAnsi="Segoe UI" w:eastAsia="Segoe UI"/>
          <w:b w:val="0"/>
          <w:i w:val="0"/>
          <w:color w:val="1F2328"/>
          <w:sz w:val="21"/>
        </w:rPr>
        <w:t>About 10 minutes, most of it waiting.</w:t>
      </w:r>
    </w:p>
    <w:p>
      <w:pPr>
        <w:spacing w:before="0" w:after="80"/>
        <w:ind w:left="425" w:hanging="227"/>
      </w:pPr>
      <w:r>
        <w:rPr>
          <w:rFonts w:ascii="Segoe UI" w:hAnsi="Segoe UI" w:eastAsia="Segoe UI"/>
          <w:b/>
          <w:i w:val="0"/>
          <w:color w:val="5D9C3C"/>
          <w:sz w:val="21"/>
        </w:rPr>
        <w:t xml:space="preserve">•  </w:t>
      </w:r>
      <w:r>
        <w:rPr>
          <w:rFonts w:ascii="Segoe UI" w:hAnsi="Segoe UI" w:eastAsia="Segoe UI"/>
          <w:b w:val="0"/>
          <w:i w:val="0"/>
          <w:color w:val="1F2328"/>
          <w:sz w:val="21"/>
        </w:rPr>
        <w:t>Nothing else. No money, no card, no crypto wallet, no exchange account.</w:t>
      </w:r>
    </w:p>
    <w:p>
      <w:pPr>
        <w:spacing w:before="280" w:after="120"/>
      </w:pPr>
      <w:r>
        <w:rPr>
          <w:rFonts w:ascii="Segoe UI" w:hAnsi="Segoe UI" w:eastAsia="Segoe UI"/>
          <w:b/>
          <w:i w:val="0"/>
          <w:color w:val="1F2328"/>
          <w:sz w:val="25"/>
        </w:rPr>
        <w:t>How long each step takes</w:t>
      </w:r>
    </w:p>
    <w:tbl>
      <w:tblPr>
        <w:tblStyle w:val="TableGrid"/>
        <w:tblW w:type="auto" w:w="0"/>
        <w:jc w:val="left"/>
        <w:tblLook w:firstColumn="1" w:firstRow="1" w:lastColumn="0" w:lastRow="0" w:noHBand="0" w:noVBand="1" w:val="04A0"/>
      </w:tblPr>
      <w:tblGrid>
        <w:gridCol w:w="3137"/>
        <w:gridCol w:w="3137"/>
        <w:gridCol w:w="3137"/>
      </w:tblGrid>
      <w:tr>
        <w:tc>
          <w:tcPr>
            <w:tcW w:type="dxa" w:w="794"/>
            <w:shd w:val="clear" w:color="auto" w:fill="5D9C3C"/>
          </w:tcPr>
          <w:p>
            <w:pPr>
              <w:shd w:val="clear" w:color="auto" w:fill="5D9C3C"/>
              <w:spacing w:before="40" w:after="40"/>
            </w:pPr>
            <w:r/>
            <w:r>
              <w:rPr>
                <w:rFonts w:ascii="Segoe UI" w:hAnsi="Segoe UI" w:eastAsia="Segoe UI"/>
                <w:b/>
                <w:i w:val="0"/>
                <w:color w:val="FFFFFF"/>
                <w:sz w:val="19"/>
              </w:rPr>
              <w:t>Step</w:t>
            </w:r>
          </w:p>
        </w:tc>
        <w:tc>
          <w:tcPr>
            <w:tcW w:type="dxa" w:w="5669"/>
            <w:shd w:val="clear" w:color="auto" w:fill="5D9C3C"/>
          </w:tcPr>
          <w:p>
            <w:pPr>
              <w:shd w:val="clear" w:color="auto" w:fill="5D9C3C"/>
              <w:spacing w:before="40" w:after="40"/>
            </w:pPr>
            <w:r/>
            <w:r>
              <w:rPr>
                <w:rFonts w:ascii="Segoe UI" w:hAnsi="Segoe UI" w:eastAsia="Segoe UI"/>
                <w:b/>
                <w:i w:val="0"/>
                <w:color w:val="FFFFFF"/>
                <w:sz w:val="19"/>
              </w:rPr>
              <w:t>What you do</w:t>
            </w:r>
          </w:p>
        </w:tc>
        <w:tc>
          <w:tcPr>
            <w:tcW w:type="dxa" w:w="2835"/>
            <w:shd w:val="clear" w:color="auto" w:fill="5D9C3C"/>
          </w:tcPr>
          <w:p>
            <w:pPr>
              <w:shd w:val="clear" w:color="auto" w:fill="5D9C3C"/>
              <w:spacing w:before="40" w:after="40"/>
            </w:pPr>
            <w:r/>
            <w:r>
              <w:rPr>
                <w:rFonts w:ascii="Segoe UI" w:hAnsi="Segoe UI" w:eastAsia="Segoe UI"/>
                <w:b/>
                <w:i w:val="0"/>
                <w:color w:val="FFFFFF"/>
                <w:sz w:val="19"/>
              </w:rPr>
              <w:t>Time</w:t>
            </w:r>
          </w:p>
        </w:tc>
      </w:tr>
      <w:tr>
        <w:tc>
          <w:tcPr>
            <w:tcW w:type="dxa" w:w="794"/>
          </w:tcPr>
          <w:p>
            <w:pPr>
              <w:spacing w:before="40" w:after="40"/>
            </w:pPr>
            <w:r/>
            <w:r>
              <w:rPr>
                <w:rFonts w:ascii="Segoe UI" w:hAnsi="Segoe UI" w:eastAsia="Segoe UI"/>
                <w:b w:val="0"/>
                <w:i w:val="0"/>
                <w:color w:val="1F2328"/>
                <w:sz w:val="19"/>
              </w:rPr>
              <w:t>1</w:t>
            </w:r>
          </w:p>
        </w:tc>
        <w:tc>
          <w:tcPr>
            <w:tcW w:type="dxa" w:w="5669"/>
          </w:tcPr>
          <w:p>
            <w:pPr>
              <w:spacing w:before="40" w:after="40"/>
            </w:pPr>
            <w:r/>
            <w:r>
              <w:rPr>
                <w:rFonts w:ascii="Segoe UI" w:hAnsi="Segoe UI" w:eastAsia="Segoe UI"/>
                <w:b w:val="0"/>
                <w:i w:val="0"/>
                <w:color w:val="1F2328"/>
                <w:sz w:val="19"/>
              </w:rPr>
              <w:t>Install Python</w:t>
            </w:r>
          </w:p>
        </w:tc>
        <w:tc>
          <w:tcPr>
            <w:tcW w:type="dxa" w:w="2835"/>
          </w:tcPr>
          <w:p>
            <w:pPr>
              <w:spacing w:before="40" w:after="40"/>
            </w:pPr>
            <w:r/>
            <w:r>
              <w:rPr>
                <w:rFonts w:ascii="Segoe UI" w:hAnsi="Segoe UI" w:eastAsia="Segoe UI"/>
                <w:b w:val="0"/>
                <w:i w:val="0"/>
                <w:color w:val="1F2328"/>
                <w:sz w:val="19"/>
              </w:rPr>
              <w:t>4 min (once, ever)</w:t>
            </w:r>
          </w:p>
        </w:tc>
      </w:tr>
      <w:tr>
        <w:tc>
          <w:tcPr>
            <w:tcW w:type="dxa" w:w="794"/>
          </w:tcPr>
          <w:p>
            <w:pPr>
              <w:spacing w:before="40" w:after="40"/>
            </w:pPr>
            <w:r/>
            <w:r>
              <w:rPr>
                <w:rFonts w:ascii="Segoe UI" w:hAnsi="Segoe UI" w:eastAsia="Segoe UI"/>
                <w:b w:val="0"/>
                <w:i w:val="0"/>
                <w:color w:val="1F2328"/>
                <w:sz w:val="19"/>
              </w:rPr>
              <w:t>2</w:t>
            </w:r>
          </w:p>
        </w:tc>
        <w:tc>
          <w:tcPr>
            <w:tcW w:type="dxa" w:w="5669"/>
          </w:tcPr>
          <w:p>
            <w:pPr>
              <w:spacing w:before="40" w:after="40"/>
            </w:pPr>
            <w:r/>
            <w:r>
              <w:rPr>
                <w:rFonts w:ascii="Segoe UI" w:hAnsi="Segoe UI" w:eastAsia="Segoe UI"/>
                <w:b w:val="0"/>
                <w:i w:val="0"/>
                <w:color w:val="1F2328"/>
                <w:sz w:val="19"/>
              </w:rPr>
              <w:t>Make your account on the site</w:t>
            </w:r>
          </w:p>
        </w:tc>
        <w:tc>
          <w:tcPr>
            <w:tcW w:type="dxa" w:w="2835"/>
          </w:tcPr>
          <w:p>
            <w:pPr>
              <w:spacing w:before="40" w:after="40"/>
            </w:pPr>
            <w:r/>
            <w:r>
              <w:rPr>
                <w:rFonts w:ascii="Segoe UI" w:hAnsi="Segoe UI" w:eastAsia="Segoe UI"/>
                <w:b w:val="0"/>
                <w:i w:val="0"/>
                <w:color w:val="1F2328"/>
                <w:sz w:val="19"/>
              </w:rPr>
              <w:t>1 min</w:t>
            </w:r>
          </w:p>
        </w:tc>
      </w:tr>
      <w:tr>
        <w:tc>
          <w:tcPr>
            <w:tcW w:type="dxa" w:w="794"/>
          </w:tcPr>
          <w:p>
            <w:pPr>
              <w:spacing w:before="40" w:after="40"/>
            </w:pPr>
            <w:r/>
            <w:r>
              <w:rPr>
                <w:rFonts w:ascii="Segoe UI" w:hAnsi="Segoe UI" w:eastAsia="Segoe UI"/>
                <w:b w:val="0"/>
                <w:i w:val="0"/>
                <w:color w:val="1F2328"/>
                <w:sz w:val="19"/>
              </w:rPr>
              <w:t>3</w:t>
            </w:r>
          </w:p>
        </w:tc>
        <w:tc>
          <w:tcPr>
            <w:tcW w:type="dxa" w:w="5669"/>
          </w:tcPr>
          <w:p>
            <w:pPr>
              <w:spacing w:before="40" w:after="40"/>
            </w:pPr>
            <w:r/>
            <w:r>
              <w:rPr>
                <w:rFonts w:ascii="Segoe UI" w:hAnsi="Segoe UI" w:eastAsia="Segoe UI"/>
                <w:b w:val="0"/>
                <w:i w:val="0"/>
                <w:color w:val="1F2328"/>
                <w:sz w:val="19"/>
              </w:rPr>
              <w:t>Copy your bot token</w:t>
            </w:r>
          </w:p>
        </w:tc>
        <w:tc>
          <w:tcPr>
            <w:tcW w:type="dxa" w:w="2835"/>
          </w:tcPr>
          <w:p>
            <w:pPr>
              <w:spacing w:before="40" w:after="40"/>
            </w:pPr>
            <w:r/>
            <w:r>
              <w:rPr>
                <w:rFonts w:ascii="Segoe UI" w:hAnsi="Segoe UI" w:eastAsia="Segoe UI"/>
                <w:b w:val="0"/>
                <w:i w:val="0"/>
                <w:color w:val="1F2328"/>
                <w:sz w:val="19"/>
              </w:rPr>
              <w:t>30 sec</w:t>
            </w:r>
          </w:p>
        </w:tc>
      </w:tr>
      <w:tr>
        <w:tc>
          <w:tcPr>
            <w:tcW w:type="dxa" w:w="794"/>
          </w:tcPr>
          <w:p>
            <w:pPr>
              <w:spacing w:before="40" w:after="40"/>
            </w:pPr>
            <w:r/>
            <w:r>
              <w:rPr>
                <w:rFonts w:ascii="Segoe UI" w:hAnsi="Segoe UI" w:eastAsia="Segoe UI"/>
                <w:b w:val="0"/>
                <w:i w:val="0"/>
                <w:color w:val="1F2328"/>
                <w:sz w:val="19"/>
              </w:rPr>
              <w:t>4</w:t>
            </w:r>
          </w:p>
        </w:tc>
        <w:tc>
          <w:tcPr>
            <w:tcW w:type="dxa" w:w="5669"/>
          </w:tcPr>
          <w:p>
            <w:pPr>
              <w:spacing w:before="40" w:after="40"/>
            </w:pPr>
            <w:r/>
            <w:r>
              <w:rPr>
                <w:rFonts w:ascii="Segoe UI" w:hAnsi="Segoe UI" w:eastAsia="Segoe UI"/>
                <w:b w:val="0"/>
                <w:i w:val="0"/>
                <w:color w:val="1F2328"/>
                <w:sz w:val="19"/>
              </w:rPr>
              <w:t>Download and unzip the bot</w:t>
            </w:r>
          </w:p>
        </w:tc>
        <w:tc>
          <w:tcPr>
            <w:tcW w:type="dxa" w:w="2835"/>
          </w:tcPr>
          <w:p>
            <w:pPr>
              <w:spacing w:before="40" w:after="40"/>
            </w:pPr>
            <w:r/>
            <w:r>
              <w:rPr>
                <w:rFonts w:ascii="Segoe UI" w:hAnsi="Segoe UI" w:eastAsia="Segoe UI"/>
                <w:b w:val="0"/>
                <w:i w:val="0"/>
                <w:color w:val="1F2328"/>
                <w:sz w:val="19"/>
              </w:rPr>
              <w:t>1 min</w:t>
            </w:r>
          </w:p>
        </w:tc>
      </w:tr>
      <w:tr>
        <w:tc>
          <w:tcPr>
            <w:tcW w:type="dxa" w:w="794"/>
          </w:tcPr>
          <w:p>
            <w:pPr>
              <w:spacing w:before="40" w:after="40"/>
            </w:pPr>
            <w:r/>
            <w:r>
              <w:rPr>
                <w:rFonts w:ascii="Segoe UI" w:hAnsi="Segoe UI" w:eastAsia="Segoe UI"/>
                <w:b w:val="0"/>
                <w:i w:val="0"/>
                <w:color w:val="1F2328"/>
                <w:sz w:val="19"/>
              </w:rPr>
              <w:t>5</w:t>
            </w:r>
          </w:p>
        </w:tc>
        <w:tc>
          <w:tcPr>
            <w:tcW w:type="dxa" w:w="5669"/>
          </w:tcPr>
          <w:p>
            <w:pPr>
              <w:spacing w:before="40" w:after="40"/>
            </w:pPr>
            <w:r/>
            <w:r>
              <w:rPr>
                <w:rFonts w:ascii="Segoe UI" w:hAnsi="Segoe UI" w:eastAsia="Segoe UI"/>
                <w:b w:val="0"/>
                <w:i w:val="0"/>
                <w:color w:val="1F2328"/>
                <w:sz w:val="19"/>
              </w:rPr>
              <w:t>Double-click run.bat</w:t>
            </w:r>
          </w:p>
        </w:tc>
        <w:tc>
          <w:tcPr>
            <w:tcW w:type="dxa" w:w="2835"/>
          </w:tcPr>
          <w:p>
            <w:pPr>
              <w:spacing w:before="40" w:after="40"/>
            </w:pPr>
            <w:r/>
            <w:r>
              <w:rPr>
                <w:rFonts w:ascii="Segoe UI" w:hAnsi="Segoe UI" w:eastAsia="Segoe UI"/>
                <w:b w:val="0"/>
                <w:i w:val="0"/>
                <w:color w:val="1F2328"/>
                <w:sz w:val="19"/>
              </w:rPr>
              <w:t>10 sec</w:t>
            </w:r>
          </w:p>
        </w:tc>
      </w:tr>
      <w:tr>
        <w:tc>
          <w:tcPr>
            <w:tcW w:type="dxa" w:w="794"/>
          </w:tcPr>
          <w:p>
            <w:pPr>
              <w:spacing w:before="40" w:after="40"/>
            </w:pPr>
            <w:r/>
            <w:r>
              <w:rPr>
                <w:rFonts w:ascii="Segoe UI" w:hAnsi="Segoe UI" w:eastAsia="Segoe UI"/>
                <w:b w:val="0"/>
                <w:i w:val="0"/>
                <w:color w:val="1F2328"/>
                <w:sz w:val="19"/>
              </w:rPr>
              <w:t>6</w:t>
            </w:r>
          </w:p>
        </w:tc>
        <w:tc>
          <w:tcPr>
            <w:tcW w:type="dxa" w:w="5669"/>
          </w:tcPr>
          <w:p>
            <w:pPr>
              <w:spacing w:before="40" w:after="40"/>
            </w:pPr>
            <w:r/>
            <w:r>
              <w:rPr>
                <w:rFonts w:ascii="Segoe UI" w:hAnsi="Segoe UI" w:eastAsia="Segoe UI"/>
                <w:b w:val="0"/>
                <w:i w:val="0"/>
                <w:color w:val="1F2328"/>
                <w:sz w:val="19"/>
              </w:rPr>
              <w:t>Paste the token, then wait</w:t>
            </w:r>
          </w:p>
        </w:tc>
        <w:tc>
          <w:tcPr>
            <w:tcW w:type="dxa" w:w="2835"/>
          </w:tcPr>
          <w:p>
            <w:pPr>
              <w:spacing w:before="40" w:after="40"/>
            </w:pPr>
            <w:r/>
            <w:r>
              <w:rPr>
                <w:rFonts w:ascii="Segoe UI" w:hAnsi="Segoe UI" w:eastAsia="Segoe UI"/>
                <w:b w:val="0"/>
                <w:i w:val="0"/>
                <w:color w:val="1F2328"/>
                <w:sz w:val="19"/>
              </w:rPr>
              <w:t>2 min (once, ever)</w:t>
            </w:r>
          </w:p>
        </w:tc>
      </w:tr>
      <w:tr>
        <w:tc>
          <w:tcPr>
            <w:tcW w:type="dxa" w:w="794"/>
          </w:tcPr>
          <w:p>
            <w:pPr>
              <w:spacing w:before="40" w:after="40"/>
            </w:pPr>
            <w:r/>
            <w:r>
              <w:rPr>
                <w:rFonts w:ascii="Segoe UI" w:hAnsi="Segoe UI" w:eastAsia="Segoe UI"/>
                <w:b w:val="0"/>
                <w:i w:val="0"/>
                <w:color w:val="1F2328"/>
                <w:sz w:val="19"/>
              </w:rPr>
            </w:r>
          </w:p>
        </w:tc>
        <w:tc>
          <w:tcPr>
            <w:tcW w:type="dxa" w:w="5669"/>
          </w:tcPr>
          <w:p>
            <w:pPr>
              <w:spacing w:before="40" w:after="40"/>
            </w:pPr>
            <w:r/>
            <w:r>
              <w:rPr>
                <w:rFonts w:ascii="Segoe UI" w:hAnsi="Segoe UI" w:eastAsia="Segoe UI"/>
                <w:b w:val="0"/>
                <w:i w:val="0"/>
                <w:color w:val="1F2328"/>
                <w:sz w:val="19"/>
              </w:rPr>
              <w:t>Then it runs by itself for a week.</w:t>
            </w:r>
          </w:p>
        </w:tc>
        <w:tc>
          <w:tcPr>
            <w:tcW w:type="dxa" w:w="2835"/>
          </w:tcPr>
          <w:p>
            <w:pPr>
              <w:spacing w:before="40" w:after="40"/>
            </w:pPr>
            <w:r/>
            <w:r>
              <w:rPr>
                <w:rFonts w:ascii="Segoe UI" w:hAnsi="Segoe UI" w:eastAsia="Segoe UI"/>
                <w:b w:val="0"/>
                <w:i w:val="0"/>
                <w:color w:val="1F2328"/>
                <w:sz w:val="19"/>
              </w:rPr>
            </w:r>
          </w:p>
        </w:tc>
      </w:tr>
    </w:tbl>
    <w:p>
      <w:pPr>
        <w:pBdr>
          <w:left w:val="single" w:sz="22" w:space="10" w:color="6B7280"/>
        </w:pBdr>
        <w:shd w:val="clear" w:color="auto" w:fill="F3F4F6"/>
        <w:spacing w:before="120" w:after="200"/>
        <w:ind w:left="170" w:right="57"/>
      </w:pPr>
      <w:r>
        <w:rPr>
          <w:rFonts w:ascii="Segoe UI" w:hAnsi="Segoe UI" w:eastAsia="Segoe UI"/>
          <w:b/>
          <w:i w:val="0"/>
          <w:color w:val="6B7280"/>
          <w:sz w:val="20"/>
        </w:rPr>
        <w:t xml:space="preserve">ON A MAC OR LINUX?  </w:t>
      </w:r>
      <w:r>
        <w:rPr>
          <w:rFonts w:ascii="Segoe UI" w:hAnsi="Segoe UI" w:eastAsia="Segoe UI"/>
          <w:b w:val="0"/>
          <w:i w:val="0"/>
          <w:color w:val="1F2328"/>
          <w:sz w:val="20"/>
        </w:rPr>
        <w:t>The six steps are identical. Only the commands differ, and they are written out under "Mac and Linux" at the back of this guide. Read the steps here, use the commands from there.</w:t>
      </w:r>
    </w:p>
    <w:p>
      <w:r>
        <w:br w:type="page"/>
      </w:r>
    </w:p>
    <w:p>
      <w:pPr>
        <w:shd w:val="clear" w:color="auto" w:fill="5D9C3C"/>
        <w:spacing w:before="360" w:after="160"/>
      </w:pPr>
      <w:r>
        <w:rPr>
          <w:rFonts w:ascii="Segoe UI" w:hAnsi="Segoe UI" w:eastAsia="Segoe UI"/>
          <w:b/>
          <w:i w:val="0"/>
          <w:color w:val="FFFFFF"/>
          <w:sz w:val="24"/>
        </w:rPr>
        <w:t xml:space="preserve">  STEP 1   </w:t>
      </w:r>
      <w:r>
        <w:rPr>
          <w:rFonts w:ascii="Segoe UI" w:hAnsi="Segoe UI" w:eastAsia="Segoe UI"/>
          <w:b/>
          <w:i w:val="0"/>
          <w:color w:val="FFFFFF"/>
          <w:sz w:val="24"/>
        </w:rPr>
        <w:t>INSTALL PYTHON</w:t>
      </w:r>
      <w:r>
        <w:rPr>
          <w:rFonts w:ascii="Segoe UI" w:hAnsi="Segoe UI" w:eastAsia="Segoe UI"/>
          <w:b w:val="0"/>
          <w:i w:val="0"/>
          <w:color w:val="DDEBD0"/>
          <w:sz w:val="19"/>
        </w:rPr>
        <w:t xml:space="preserve">     about 4 minutes — you only ever do this once</w:t>
      </w:r>
    </w:p>
    <w:p>
      <w:pPr>
        <w:spacing w:before="0" w:after="160"/>
      </w:pPr>
      <w:r>
        <w:rPr>
          <w:rFonts w:ascii="Segoe UI" w:hAnsi="Segoe UI" w:eastAsia="Segoe UI"/>
          <w:b w:val="0"/>
          <w:i w:val="0"/>
          <w:color w:val="1F2328"/>
          <w:sz w:val="21"/>
        </w:rPr>
        <w:t>Python is the language the bot is written in. Your computer probably does not have it yet. It is free, it is made by a non-profit, and it installs like any other program.</w:t>
      </w:r>
    </w:p>
    <w:p>
      <w:pPr>
        <w:spacing w:before="0" w:after="100"/>
        <w:ind w:left="482" w:hanging="482"/>
      </w:pPr>
      <w:r>
        <w:rPr>
          <w:rFonts w:ascii="Segoe UI" w:hAnsi="Segoe UI" w:eastAsia="Segoe UI"/>
          <w:b/>
          <w:i w:val="0"/>
          <w:color w:val="5D9C3C"/>
          <w:sz w:val="21"/>
        </w:rPr>
        <w:t xml:space="preserve">1.  </w:t>
      </w:r>
      <w:r>
        <w:rPr>
          <w:rFonts w:ascii="Segoe UI" w:hAnsi="Segoe UI" w:eastAsia="Segoe UI"/>
          <w:b/>
          <w:i w:val="0"/>
          <w:color w:val="1F2328"/>
          <w:sz w:val="21"/>
        </w:rPr>
        <w:t xml:space="preserve">Go to </w:t>
      </w:r>
      <w:r>
        <w:rPr>
          <w:rFonts w:ascii="Segoe UI" w:hAnsi="Segoe UI" w:eastAsia="Segoe UI"/>
          <w:b w:val="0"/>
          <w:i w:val="0"/>
          <w:color w:val="1F2328"/>
          <w:sz w:val="21"/>
        </w:rPr>
        <w:t>python.org/downloads</w:t>
      </w:r>
    </w:p>
    <w:p>
      <w:pPr>
        <w:spacing w:before="0" w:after="100"/>
        <w:ind w:left="482" w:hanging="482"/>
      </w:pPr>
      <w:r>
        <w:rPr>
          <w:rFonts w:ascii="Segoe UI" w:hAnsi="Segoe UI" w:eastAsia="Segoe UI"/>
          <w:b/>
          <w:i w:val="0"/>
          <w:color w:val="5D9C3C"/>
          <w:sz w:val="21"/>
        </w:rPr>
        <w:t xml:space="preserve">2.  </w:t>
      </w:r>
      <w:r>
        <w:rPr>
          <w:rFonts w:ascii="Segoe UI" w:hAnsi="Segoe UI" w:eastAsia="Segoe UI"/>
          <w:b/>
          <w:i w:val="0"/>
          <w:color w:val="1F2328"/>
          <w:sz w:val="21"/>
        </w:rPr>
        <w:t xml:space="preserve">Click the </w:t>
      </w:r>
      <w:r>
        <w:rPr>
          <w:rFonts w:ascii="Segoe UI" w:hAnsi="Segoe UI" w:eastAsia="Segoe UI"/>
          <w:b w:val="0"/>
          <w:i w:val="0"/>
          <w:color w:val="1F2328"/>
          <w:sz w:val="21"/>
        </w:rPr>
        <w:t>big yellow button that says "Download Python". Let it finish.</w:t>
      </w:r>
    </w:p>
    <w:p>
      <w:pPr>
        <w:spacing w:before="0" w:after="100"/>
        <w:ind w:left="482" w:hanging="482"/>
      </w:pPr>
      <w:r>
        <w:rPr>
          <w:rFonts w:ascii="Segoe UI" w:hAnsi="Segoe UI" w:eastAsia="Segoe UI"/>
          <w:b/>
          <w:i w:val="0"/>
          <w:color w:val="5D9C3C"/>
          <w:sz w:val="21"/>
        </w:rPr>
        <w:t xml:space="preserve">3.  </w:t>
      </w:r>
      <w:r>
        <w:rPr>
          <w:rFonts w:ascii="Segoe UI" w:hAnsi="Segoe UI" w:eastAsia="Segoe UI"/>
          <w:b/>
          <w:i w:val="0"/>
          <w:color w:val="1F2328"/>
          <w:sz w:val="21"/>
        </w:rPr>
        <w:t xml:space="preserve">Open the </w:t>
      </w:r>
      <w:r>
        <w:rPr>
          <w:rFonts w:ascii="Segoe UI" w:hAnsi="Segoe UI" w:eastAsia="Segoe UI"/>
          <w:b w:val="0"/>
          <w:i w:val="0"/>
          <w:color w:val="1F2328"/>
          <w:sz w:val="21"/>
        </w:rPr>
        <w:t>downloaded file.</w:t>
      </w:r>
    </w:p>
    <w:p>
      <w:pPr>
        <w:pBdr>
          <w:left w:val="single" w:sz="22" w:space="10" w:color="A63D3D"/>
        </w:pBdr>
        <w:shd w:val="clear" w:color="auto" w:fill="FBEDED"/>
        <w:spacing w:before="120" w:after="200"/>
        <w:ind w:left="170" w:right="57"/>
      </w:pPr>
      <w:r>
        <w:rPr>
          <w:rFonts w:ascii="Segoe UI" w:hAnsi="Segoe UI" w:eastAsia="Segoe UI"/>
          <w:b/>
          <w:i w:val="0"/>
          <w:color w:val="A63D3D"/>
          <w:sz w:val="20"/>
        </w:rPr>
        <w:t xml:space="preserve">STOP — THIS ONE MATTERS  </w:t>
      </w:r>
      <w:r>
        <w:rPr>
          <w:rFonts w:ascii="Segoe UI" w:hAnsi="Segoe UI" w:eastAsia="Segoe UI"/>
          <w:b w:val="0"/>
          <w:i w:val="0"/>
          <w:color w:val="1F2328"/>
          <w:sz w:val="20"/>
        </w:rPr>
        <w:t>On the very first screen of the installer there is a small tick-box at the bottom: "Add python.exe to PATH". TICK IT. It is not ticked for you. If you miss it, the bot will say "Python was not found" even though you just installed it, and you will have to run the installer again.</w:t>
      </w:r>
    </w:p>
    <w:p>
      <w:pPr>
        <w:spacing w:before="0" w:after="100"/>
        <w:ind w:left="482" w:hanging="482"/>
      </w:pPr>
      <w:r>
        <w:rPr>
          <w:rFonts w:ascii="Segoe UI" w:hAnsi="Segoe UI" w:eastAsia="Segoe UI"/>
          <w:b/>
          <w:i w:val="0"/>
          <w:color w:val="5D9C3C"/>
          <w:sz w:val="21"/>
        </w:rPr>
        <w:t xml:space="preserve">4.  </w:t>
      </w:r>
      <w:r>
        <w:rPr>
          <w:rFonts w:ascii="Segoe UI" w:hAnsi="Segoe UI" w:eastAsia="Segoe UI"/>
          <w:b/>
          <w:i w:val="0"/>
          <w:color w:val="1F2328"/>
          <w:sz w:val="21"/>
        </w:rPr>
        <w:t xml:space="preserve">Then click </w:t>
      </w:r>
      <w:r>
        <w:rPr>
          <w:rFonts w:ascii="Segoe UI" w:hAnsi="Segoe UI" w:eastAsia="Segoe UI"/>
          <w:b w:val="0"/>
          <w:i w:val="0"/>
          <w:color w:val="1F2328"/>
          <w:sz w:val="21"/>
        </w:rPr>
        <w:t>"Install Now".</w:t>
      </w:r>
    </w:p>
    <w:p>
      <w:pPr>
        <w:spacing w:before="0" w:after="100"/>
        <w:ind w:left="482" w:hanging="482"/>
      </w:pPr>
      <w:r>
        <w:rPr>
          <w:rFonts w:ascii="Segoe UI" w:hAnsi="Segoe UI" w:eastAsia="Segoe UI"/>
          <w:b/>
          <w:i w:val="0"/>
          <w:color w:val="5D9C3C"/>
          <w:sz w:val="21"/>
        </w:rPr>
        <w:t xml:space="preserve">5.  </w:t>
      </w:r>
      <w:r>
        <w:rPr>
          <w:rFonts w:ascii="Segoe UI" w:hAnsi="Segoe UI" w:eastAsia="Segoe UI"/>
          <w:b/>
          <w:i w:val="0"/>
          <w:color w:val="1F2328"/>
          <w:sz w:val="21"/>
        </w:rPr>
        <w:t xml:space="preserve">Wait </w:t>
      </w:r>
      <w:r>
        <w:rPr>
          <w:rFonts w:ascii="Segoe UI" w:hAnsi="Segoe UI" w:eastAsia="Segoe UI"/>
          <w:b w:val="0"/>
          <w:i w:val="0"/>
          <w:color w:val="1F2328"/>
          <w:sz w:val="21"/>
        </w:rPr>
        <w:t>for it to finish and click Close.</w:t>
      </w:r>
    </w:p>
    <w:p>
      <w:pPr>
        <w:spacing w:before="0" w:after="200"/>
      </w:pPr>
      <w:r>
        <w:rPr>
          <w:rFonts w:ascii="Segoe UI" w:hAnsi="Segoe UI" w:eastAsia="Segoe UI"/>
          <w:b w:val="0"/>
          <w:i w:val="0"/>
          <w:color w:val="1F2328"/>
          <w:sz w:val="21"/>
        </w:rPr>
        <w:t>That is Python installed, forever. You never do this step again, for this or any other program.</w:t>
      </w:r>
    </w:p>
    <w:p>
      <w:pPr>
        <w:spacing w:before="280" w:after="120"/>
      </w:pPr>
      <w:r>
        <w:rPr>
          <w:rFonts w:ascii="Segoe UI" w:hAnsi="Segoe UI" w:eastAsia="Segoe UI"/>
          <w:b/>
          <w:i w:val="0"/>
          <w:color w:val="1F2328"/>
          <w:sz w:val="25"/>
        </w:rPr>
        <w:t>Check it worked (optional, 20 seconds)</w:t>
      </w:r>
    </w:p>
    <w:p>
      <w:pPr>
        <w:spacing w:before="0" w:after="80"/>
      </w:pPr>
      <w:r>
        <w:rPr>
          <w:rFonts w:ascii="Segoe UI" w:hAnsi="Segoe UI" w:eastAsia="Segoe UI"/>
          <w:b w:val="0"/>
          <w:i w:val="0"/>
          <w:color w:val="1F2328"/>
          <w:sz w:val="21"/>
        </w:rPr>
        <w:t>Hold the Windows key and press R, type the word below, and press Enter.</w:t>
      </w:r>
    </w:p>
    <w:p>
      <w:pPr>
        <w:pBdr>
          <w:left w:val="single" w:sz="12" w:space="10" w:color="6B7280"/>
        </w:pBdr>
        <w:shd w:val="clear" w:color="auto" w:fill="F3F4F6"/>
        <w:spacing w:before="40" w:after="160"/>
        <w:ind w:left="283"/>
      </w:pPr>
      <w:r>
        <w:rPr>
          <w:rFonts w:ascii="Consolas" w:hAnsi="Consolas" w:eastAsia="Consolas"/>
          <w:b w:val="0"/>
          <w:i w:val="0"/>
          <w:color w:val="1F2328"/>
          <w:sz w:val="19"/>
        </w:rPr>
        <w:t>cmd</w:t>
      </w:r>
    </w:p>
    <w:p>
      <w:pPr>
        <w:spacing w:before="0" w:after="80"/>
      </w:pPr>
      <w:r>
        <w:rPr>
          <w:rFonts w:ascii="Segoe UI" w:hAnsi="Segoe UI" w:eastAsia="Segoe UI"/>
          <w:b w:val="0"/>
          <w:i w:val="0"/>
          <w:color w:val="1F2328"/>
          <w:sz w:val="21"/>
        </w:rPr>
        <w:t>A black window opens. Type this and press Enter:</w:t>
      </w:r>
    </w:p>
    <w:p>
      <w:pPr>
        <w:pBdr>
          <w:left w:val="single" w:sz="12" w:space="10" w:color="6B7280"/>
        </w:pBdr>
        <w:shd w:val="clear" w:color="auto" w:fill="F3F4F6"/>
        <w:spacing w:before="40" w:after="160"/>
        <w:ind w:left="283"/>
      </w:pPr>
      <w:r>
        <w:rPr>
          <w:rFonts w:ascii="Consolas" w:hAnsi="Consolas" w:eastAsia="Consolas"/>
          <w:b w:val="0"/>
          <w:i w:val="0"/>
          <w:color w:val="1F2328"/>
          <w:sz w:val="19"/>
        </w:rPr>
        <w:t>py --version</w:t>
      </w:r>
    </w:p>
    <w:p>
      <w:pPr>
        <w:spacing w:before="0" w:after="120"/>
      </w:pPr>
      <w:r>
        <w:rPr>
          <w:rFonts w:ascii="Segoe UI" w:hAnsi="Segoe UI" w:eastAsia="Segoe UI"/>
          <w:b w:val="0"/>
          <w:i w:val="0"/>
          <w:color w:val="1F2328"/>
          <w:sz w:val="21"/>
        </w:rPr>
        <w:t>If it answers with a version number like the one below, you are done. If it says it is not recognised, the PATH tick-box was missed — run the installer again and tick it.</w:t>
      </w:r>
    </w:p>
    <w:p>
      <w:pPr>
        <w:shd w:val="clear" w:color="auto" w:fill="1B1F23"/>
        <w:spacing w:before="120" w:after="200"/>
        <w:ind w:left="170"/>
      </w:pPr>
      <w:r>
        <w:rPr>
          <w:rFonts w:ascii="Consolas" w:hAnsi="Consolas" w:eastAsia="Consolas"/>
          <w:b w:val="0"/>
          <w:i w:val="0"/>
          <w:color w:val="D6E8C8"/>
          <w:sz w:val="18"/>
        </w:rPr>
        <w:t>C:\Users\You&gt; py --version</w:t>
      </w:r>
      <w:r>
        <w:br/>
      </w:r>
      <w:r>
        <w:rPr>
          <w:rFonts w:ascii="Consolas" w:hAnsi="Consolas" w:eastAsia="Consolas"/>
          <w:b w:val="0"/>
          <w:i w:val="0"/>
          <w:color w:val="D6E8C8"/>
          <w:sz w:val="18"/>
        </w:rPr>
        <w:t>Python 3.13.2</w:t>
      </w:r>
    </w:p>
    <w:p>
      <w:pPr>
        <w:shd w:val="clear" w:color="auto" w:fill="5D9C3C"/>
        <w:spacing w:before="360" w:after="160"/>
      </w:pPr>
      <w:r>
        <w:rPr>
          <w:rFonts w:ascii="Segoe UI" w:hAnsi="Segoe UI" w:eastAsia="Segoe UI"/>
          <w:b/>
          <w:i w:val="0"/>
          <w:color w:val="FFFFFF"/>
          <w:sz w:val="24"/>
        </w:rPr>
        <w:t xml:space="preserve">  STEP 2   </w:t>
      </w:r>
      <w:r>
        <w:rPr>
          <w:rFonts w:ascii="Segoe UI" w:hAnsi="Segoe UI" w:eastAsia="Segoe UI"/>
          <w:b/>
          <w:i w:val="0"/>
          <w:color w:val="FFFFFF"/>
          <w:sz w:val="24"/>
        </w:rPr>
        <w:t>MAKE YOUR ACCOUNT ON THE SITE</w:t>
      </w:r>
      <w:r>
        <w:rPr>
          <w:rFonts w:ascii="Segoe UI" w:hAnsi="Segoe UI" w:eastAsia="Segoe UI"/>
          <w:b w:val="0"/>
          <w:i w:val="0"/>
          <w:color w:val="DDEBD0"/>
          <w:sz w:val="19"/>
        </w:rPr>
        <w:t xml:space="preserve">     about 1 minute</w:t>
      </w:r>
    </w:p>
    <w:p>
      <w:pPr>
        <w:spacing w:before="0" w:after="160"/>
      </w:pPr>
      <w:r>
        <w:rPr>
          <w:rFonts w:ascii="Segoe UI" w:hAnsi="Segoe UI" w:eastAsia="Segoe UI"/>
          <w:b w:val="0"/>
          <w:i w:val="0"/>
          <w:color w:val="1F2328"/>
          <w:sz w:val="21"/>
        </w:rPr>
        <w:t xml:space="preserve">Open </w:t>
      </w:r>
      <w:r>
        <w:rPr>
          <w:rFonts w:ascii="Consolas" w:hAnsi="Consolas" w:eastAsia="Consolas"/>
          <w:b/>
          <w:i w:val="0"/>
          <w:color w:val="5D9C3C"/>
          <w:sz w:val="21"/>
        </w:rPr>
        <w:t>https://www.longdeneracy.site</w:t>
      </w:r>
      <w:r>
        <w:rPr>
          <w:rFonts w:ascii="Segoe UI" w:hAnsi="Segoe UI" w:eastAsia="Segoe UI"/>
          <w:b w:val="0"/>
          <w:i w:val="0"/>
          <w:color w:val="1F2328"/>
          <w:sz w:val="21"/>
        </w:rPr>
        <w:t xml:space="preserve"> in your browser and make an account. It asks for a name and a password. Nothing else.</w:t>
      </w:r>
    </w:p>
    <w:p>
      <w:pPr>
        <w:pBdr>
          <w:left w:val="single" w:sz="22" w:space="10" w:color="B8860B"/>
        </w:pBdr>
        <w:shd w:val="clear" w:color="auto" w:fill="FDF6E3"/>
        <w:spacing w:before="120" w:after="200"/>
        <w:ind w:left="170" w:right="57"/>
      </w:pPr>
      <w:r>
        <w:rPr>
          <w:rFonts w:ascii="Segoe UI" w:hAnsi="Segoe UI" w:eastAsia="Segoe UI"/>
          <w:b/>
          <w:i w:val="0"/>
          <w:color w:val="B8860B"/>
          <w:sz w:val="20"/>
        </w:rPr>
        <w:t xml:space="preserve">WHAT IT WILL NEVER ASK YOU FOR  </w:t>
      </w:r>
      <w:r>
        <w:rPr>
          <w:rFonts w:ascii="Segoe UI" w:hAnsi="Segoe UI" w:eastAsia="Segoe UI"/>
          <w:b w:val="0"/>
          <w:i w:val="0"/>
          <w:color w:val="1F2328"/>
          <w:sz w:val="20"/>
        </w:rPr>
        <w:t>A seed phrase. A wallet private key. A card number. A deposit. If anything ever asks you for those while following this guide, you are not on our site — close the tab.</w:t>
      </w:r>
    </w:p>
    <w:p>
      <w:pPr>
        <w:shd w:val="clear" w:color="auto" w:fill="5D9C3C"/>
        <w:spacing w:before="360" w:after="160"/>
      </w:pPr>
      <w:r>
        <w:rPr>
          <w:rFonts w:ascii="Segoe UI" w:hAnsi="Segoe UI" w:eastAsia="Segoe UI"/>
          <w:b/>
          <w:i w:val="0"/>
          <w:color w:val="FFFFFF"/>
          <w:sz w:val="24"/>
        </w:rPr>
        <w:t xml:space="preserve">  STEP 3   </w:t>
      </w:r>
      <w:r>
        <w:rPr>
          <w:rFonts w:ascii="Segoe UI" w:hAnsi="Segoe UI" w:eastAsia="Segoe UI"/>
          <w:b/>
          <w:i w:val="0"/>
          <w:color w:val="FFFFFF"/>
          <w:sz w:val="24"/>
        </w:rPr>
        <w:t>COPY YOUR BOT TOKEN</w:t>
      </w:r>
      <w:r>
        <w:rPr>
          <w:rFonts w:ascii="Segoe UI" w:hAnsi="Segoe UI" w:eastAsia="Segoe UI"/>
          <w:b w:val="0"/>
          <w:i w:val="0"/>
          <w:color w:val="DDEBD0"/>
          <w:sz w:val="19"/>
        </w:rPr>
        <w:t xml:space="preserve">     about 30 seconds</w:t>
      </w:r>
    </w:p>
    <w:p>
      <w:pPr>
        <w:spacing w:before="0" w:after="160"/>
      </w:pPr>
      <w:r>
        <w:rPr>
          <w:rFonts w:ascii="Segoe UI" w:hAnsi="Segoe UI" w:eastAsia="Segoe UI"/>
          <w:b w:val="0"/>
          <w:i w:val="0"/>
          <w:color w:val="1F2328"/>
          <w:sz w:val="21"/>
        </w:rPr>
        <w:t>The token is how the bot on your computer proves it is yours when it posts your results to the site. Think of it as a nametag.</w:t>
      </w:r>
    </w:p>
    <w:p>
      <w:pPr>
        <w:spacing w:before="0" w:after="100"/>
        <w:ind w:left="482" w:hanging="482"/>
      </w:pPr>
      <w:r>
        <w:rPr>
          <w:rFonts w:ascii="Segoe UI" w:hAnsi="Segoe UI" w:eastAsia="Segoe UI"/>
          <w:b/>
          <w:i w:val="0"/>
          <w:color w:val="5D9C3C"/>
          <w:sz w:val="21"/>
        </w:rPr>
        <w:t xml:space="preserve">1.  </w:t>
      </w:r>
      <w:r>
        <w:rPr>
          <w:rFonts w:ascii="Segoe UI" w:hAnsi="Segoe UI" w:eastAsia="Segoe UI"/>
          <w:b/>
          <w:i w:val="0"/>
          <w:color w:val="1F2328"/>
          <w:sz w:val="21"/>
        </w:rPr>
        <w:t xml:space="preserve">Click the </w:t>
      </w:r>
      <w:r>
        <w:rPr>
          <w:rFonts w:ascii="Segoe UI" w:hAnsi="Segoe UI" w:eastAsia="Segoe UI"/>
          <w:b w:val="0"/>
          <w:i w:val="0"/>
          <w:color w:val="1F2328"/>
          <w:sz w:val="21"/>
        </w:rPr>
        <w:t>ACCOUNT tab.</w:t>
      </w:r>
    </w:p>
    <w:p>
      <w:pPr>
        <w:spacing w:before="0" w:after="100"/>
        <w:ind w:left="482" w:hanging="482"/>
      </w:pPr>
      <w:r>
        <w:rPr>
          <w:rFonts w:ascii="Segoe UI" w:hAnsi="Segoe UI" w:eastAsia="Segoe UI"/>
          <w:b/>
          <w:i w:val="0"/>
          <w:color w:val="5D9C3C"/>
          <w:sz w:val="21"/>
        </w:rPr>
        <w:t xml:space="preserve">2.  </w:t>
      </w:r>
      <w:r>
        <w:rPr>
          <w:rFonts w:ascii="Segoe UI" w:hAnsi="Segoe UI" w:eastAsia="Segoe UI"/>
          <w:b/>
          <w:i w:val="0"/>
          <w:color w:val="1F2328"/>
          <w:sz w:val="21"/>
        </w:rPr>
        <w:t xml:space="preserve">Scroll </w:t>
      </w:r>
      <w:r>
        <w:rPr>
          <w:rFonts w:ascii="Segoe UI" w:hAnsi="Segoe UI" w:eastAsia="Segoe UI"/>
          <w:b w:val="0"/>
          <w:i w:val="0"/>
          <w:color w:val="1F2328"/>
          <w:sz w:val="21"/>
        </w:rPr>
        <w:t>down to the box titled "RUN IT ON YOUR OWN MACHINE".</w:t>
      </w:r>
    </w:p>
    <w:p>
      <w:pPr>
        <w:spacing w:before="0" w:after="100"/>
        <w:ind w:left="482" w:hanging="482"/>
      </w:pPr>
      <w:r>
        <w:rPr>
          <w:rFonts w:ascii="Segoe UI" w:hAnsi="Segoe UI" w:eastAsia="Segoe UI"/>
          <w:b/>
          <w:i w:val="0"/>
          <w:color w:val="5D9C3C"/>
          <w:sz w:val="21"/>
        </w:rPr>
        <w:t xml:space="preserve">3.  </w:t>
      </w:r>
      <w:r>
        <w:rPr>
          <w:rFonts w:ascii="Segoe UI" w:hAnsi="Segoe UI" w:eastAsia="Segoe UI"/>
          <w:b/>
          <w:i w:val="0"/>
          <w:color w:val="1F2328"/>
          <w:sz w:val="21"/>
        </w:rPr>
        <w:t xml:space="preserve">Click </w:t>
      </w:r>
      <w:r>
        <w:rPr>
          <w:rFonts w:ascii="Segoe UI" w:hAnsi="Segoe UI" w:eastAsia="Segoe UI"/>
          <w:b w:val="0"/>
          <w:i w:val="0"/>
          <w:color w:val="1F2328"/>
          <w:sz w:val="21"/>
        </w:rPr>
        <w:t>GET MY BOT TOKEN.</w:t>
      </w:r>
    </w:p>
    <w:p>
      <w:pPr>
        <w:spacing w:before="0" w:after="100"/>
        <w:ind w:left="482" w:hanging="482"/>
      </w:pPr>
      <w:r>
        <w:rPr>
          <w:rFonts w:ascii="Segoe UI" w:hAnsi="Segoe UI" w:eastAsia="Segoe UI"/>
          <w:b/>
          <w:i w:val="0"/>
          <w:color w:val="5D9C3C"/>
          <w:sz w:val="21"/>
        </w:rPr>
        <w:t xml:space="preserve">4.  </w:t>
      </w:r>
      <w:r>
        <w:rPr>
          <w:rFonts w:ascii="Segoe UI" w:hAnsi="Segoe UI" w:eastAsia="Segoe UI"/>
          <w:b/>
          <w:i w:val="0"/>
          <w:color w:val="1F2328"/>
          <w:sz w:val="21"/>
        </w:rPr>
        <w:t xml:space="preserve">Copy the </w:t>
      </w:r>
      <w:r>
        <w:rPr>
          <w:rFonts w:ascii="Segoe UI" w:hAnsi="Segoe UI" w:eastAsia="Segoe UI"/>
          <w:b w:val="0"/>
          <w:i w:val="0"/>
          <w:color w:val="1F2328"/>
          <w:sz w:val="21"/>
        </w:rPr>
        <w:t>long line of characters it shows you. Keep the tab open — you will paste this in a few minutes.</w:t>
      </w:r>
    </w:p>
    <w:p>
      <w:pPr>
        <w:pBdr>
          <w:left w:val="single" w:sz="22" w:space="10" w:color="6B7280"/>
        </w:pBdr>
        <w:shd w:val="clear" w:color="auto" w:fill="F3F4F6"/>
        <w:spacing w:before="120" w:after="200"/>
        <w:ind w:left="170" w:right="57"/>
      </w:pPr>
      <w:r>
        <w:rPr>
          <w:rFonts w:ascii="Segoe UI" w:hAnsi="Segoe UI" w:eastAsia="Segoe UI"/>
          <w:b/>
          <w:i w:val="0"/>
          <w:color w:val="6B7280"/>
          <w:sz w:val="20"/>
        </w:rPr>
        <w:t xml:space="preserve">TREAT IT LIKE A PASSWORD  </w:t>
      </w:r>
      <w:r>
        <w:rPr>
          <w:rFonts w:ascii="Segoe UI" w:hAnsi="Segoe UI" w:eastAsia="Segoe UI"/>
          <w:b w:val="0"/>
          <w:i w:val="0"/>
          <w:color w:val="1F2328"/>
          <w:sz w:val="20"/>
        </w:rPr>
        <w:t>Anyone with your token can post fake results to your dashboard. That is all it can do — it cannot trade, cannot spend, cannot log in as you, and cannot be turned into any of those. If you ever leak it, click the button again and the old one dies.</w:t>
      </w:r>
    </w:p>
    <w:p>
      <w:r>
        <w:br w:type="page"/>
      </w:r>
    </w:p>
    <w:p>
      <w:pPr>
        <w:shd w:val="clear" w:color="auto" w:fill="5D9C3C"/>
        <w:spacing w:before="360" w:after="160"/>
      </w:pPr>
      <w:r>
        <w:rPr>
          <w:rFonts w:ascii="Segoe UI" w:hAnsi="Segoe UI" w:eastAsia="Segoe UI"/>
          <w:b/>
          <w:i w:val="0"/>
          <w:color w:val="FFFFFF"/>
          <w:sz w:val="24"/>
        </w:rPr>
        <w:t xml:space="preserve">  STEP 4   </w:t>
      </w:r>
      <w:r>
        <w:rPr>
          <w:rFonts w:ascii="Segoe UI" w:hAnsi="Segoe UI" w:eastAsia="Segoe UI"/>
          <w:b/>
          <w:i w:val="0"/>
          <w:color w:val="FFFFFF"/>
          <w:sz w:val="24"/>
        </w:rPr>
        <w:t>DOWNLOAD THE BOT AND UNZIP IT</w:t>
      </w:r>
      <w:r>
        <w:rPr>
          <w:rFonts w:ascii="Segoe UI" w:hAnsi="Segoe UI" w:eastAsia="Segoe UI"/>
          <w:b w:val="0"/>
          <w:i w:val="0"/>
          <w:color w:val="DDEBD0"/>
          <w:sz w:val="19"/>
        </w:rPr>
        <w:t xml:space="preserve">     about 1 minute</w:t>
      </w:r>
    </w:p>
    <w:p>
      <w:pPr>
        <w:spacing w:before="0" w:after="160"/>
      </w:pPr>
      <w:r>
        <w:rPr>
          <w:rFonts w:ascii="Segoe UI" w:hAnsi="Segoe UI" w:eastAsia="Segoe UI"/>
          <w:b w:val="0"/>
          <w:i w:val="0"/>
          <w:color w:val="1F2328"/>
          <w:sz w:val="21"/>
        </w:rPr>
        <w:t xml:space="preserve">On the ACCOUNT tab (or the front page) click the button marked with a down-arrow, </w:t>
      </w:r>
      <w:r>
        <w:rPr>
          <w:rFonts w:ascii="Segoe UI" w:hAnsi="Segoe UI" w:eastAsia="Segoe UI"/>
          <w:b/>
          <w:i w:val="0"/>
          <w:color w:val="1F2328"/>
          <w:sz w:val="21"/>
        </w:rPr>
        <w:t>DOWNLOAD THE BOT</w:t>
      </w:r>
      <w:r>
        <w:rPr>
          <w:rFonts w:ascii="Segoe UI" w:hAnsi="Segoe UI" w:eastAsia="Segoe UI"/>
          <w:b w:val="0"/>
          <w:i w:val="0"/>
          <w:color w:val="1F2328"/>
          <w:sz w:val="21"/>
        </w:rPr>
        <w:t>. You get a file called:</w:t>
      </w:r>
    </w:p>
    <w:p>
      <w:pPr>
        <w:pBdr>
          <w:left w:val="single" w:sz="12" w:space="10" w:color="6B7280"/>
        </w:pBdr>
        <w:shd w:val="clear" w:color="auto" w:fill="F3F4F6"/>
        <w:spacing w:before="40" w:after="160"/>
        <w:ind w:left="283"/>
      </w:pPr>
      <w:r>
        <w:rPr>
          <w:rFonts w:ascii="Consolas" w:hAnsi="Consolas" w:eastAsia="Consolas"/>
          <w:b w:val="0"/>
          <w:i w:val="0"/>
          <w:color w:val="1F2328"/>
          <w:sz w:val="19"/>
        </w:rPr>
        <w:t>longdegeneracy-bot.zip</w:t>
      </w:r>
    </w:p>
    <w:p>
      <w:pPr>
        <w:spacing w:before="0" w:after="200"/>
      </w:pPr>
      <w:r>
        <w:rPr>
          <w:rFonts w:ascii="Segoe UI" w:hAnsi="Segoe UI" w:eastAsia="Segoe UI"/>
          <w:b w:val="0"/>
          <w:i w:val="0"/>
          <w:color w:val="1F2328"/>
          <w:sz w:val="21"/>
        </w:rPr>
        <w:t>It is tiny — smaller than a single photo. That is not a mistake or a failed download; there genuinely is not much in it.</w:t>
      </w:r>
    </w:p>
    <w:p>
      <w:pPr>
        <w:spacing w:before="280" w:after="120"/>
      </w:pPr>
      <w:r>
        <w:rPr>
          <w:rFonts w:ascii="Segoe UI" w:hAnsi="Segoe UI" w:eastAsia="Segoe UI"/>
          <w:b/>
          <w:i w:val="0"/>
          <w:color w:val="1F2328"/>
          <w:sz w:val="25"/>
        </w:rPr>
        <w:t>Now unzip it — properly</w:t>
      </w:r>
    </w:p>
    <w:p>
      <w:pPr>
        <w:pBdr>
          <w:left w:val="single" w:sz="22" w:space="10" w:color="A63D3D"/>
        </w:pBdr>
        <w:shd w:val="clear" w:color="auto" w:fill="FBEDED"/>
        <w:spacing w:before="120" w:after="200"/>
        <w:ind w:left="170" w:right="57"/>
      </w:pPr>
      <w:r>
        <w:rPr>
          <w:rFonts w:ascii="Segoe UI" w:hAnsi="Segoe UI" w:eastAsia="Segoe UI"/>
          <w:b/>
          <w:i w:val="0"/>
          <w:color w:val="A63D3D"/>
          <w:sz w:val="20"/>
        </w:rPr>
        <w:t xml:space="preserve">THE MISTAKE ALMOST EVERYONE MAKES  </w:t>
      </w:r>
      <w:r>
        <w:rPr>
          <w:rFonts w:ascii="Segoe UI" w:hAnsi="Segoe UI" w:eastAsia="Segoe UI"/>
          <w:b w:val="0"/>
          <w:i w:val="0"/>
          <w:color w:val="1F2328"/>
          <w:sz w:val="20"/>
        </w:rPr>
        <w:t>Windows lets you double-click a .zip and browse inside it as if it were a normal folder. It is not. If you run the bot from in there it will fail in a confusing way, because it cannot save anything. You must extract it first.</w:t>
      </w:r>
    </w:p>
    <w:p>
      <w:pPr>
        <w:spacing w:before="0" w:after="100"/>
        <w:ind w:left="482" w:hanging="482"/>
      </w:pPr>
      <w:r>
        <w:rPr>
          <w:rFonts w:ascii="Segoe UI" w:hAnsi="Segoe UI" w:eastAsia="Segoe UI"/>
          <w:b/>
          <w:i w:val="0"/>
          <w:color w:val="5D9C3C"/>
          <w:sz w:val="21"/>
        </w:rPr>
        <w:t xml:space="preserve">1.  </w:t>
      </w:r>
      <w:r>
        <w:rPr>
          <w:rFonts w:ascii="Segoe UI" w:hAnsi="Segoe UI" w:eastAsia="Segoe UI"/>
          <w:b/>
          <w:i w:val="0"/>
          <w:color w:val="1F2328"/>
          <w:sz w:val="21"/>
        </w:rPr>
        <w:t xml:space="preserve">Right-click </w:t>
      </w:r>
      <w:r>
        <w:rPr>
          <w:rFonts w:ascii="Segoe UI" w:hAnsi="Segoe UI" w:eastAsia="Segoe UI"/>
          <w:b w:val="0"/>
          <w:i w:val="0"/>
          <w:color w:val="1F2328"/>
          <w:sz w:val="21"/>
        </w:rPr>
        <w:t>the downloaded zip file.</w:t>
      </w:r>
    </w:p>
    <w:p>
      <w:pPr>
        <w:spacing w:before="0" w:after="100"/>
        <w:ind w:left="482" w:hanging="482"/>
      </w:pPr>
      <w:r>
        <w:rPr>
          <w:rFonts w:ascii="Segoe UI" w:hAnsi="Segoe UI" w:eastAsia="Segoe UI"/>
          <w:b/>
          <w:i w:val="0"/>
          <w:color w:val="5D9C3C"/>
          <w:sz w:val="21"/>
        </w:rPr>
        <w:t xml:space="preserve">2.  </w:t>
      </w:r>
      <w:r>
        <w:rPr>
          <w:rFonts w:ascii="Segoe UI" w:hAnsi="Segoe UI" w:eastAsia="Segoe UI"/>
          <w:b/>
          <w:i w:val="0"/>
          <w:color w:val="1F2328"/>
          <w:sz w:val="21"/>
        </w:rPr>
        <w:t xml:space="preserve">Choose </w:t>
      </w:r>
      <w:r>
        <w:rPr>
          <w:rFonts w:ascii="Segoe UI" w:hAnsi="Segoe UI" w:eastAsia="Segoe UI"/>
          <w:b w:val="0"/>
          <w:i w:val="0"/>
          <w:color w:val="1F2328"/>
          <w:sz w:val="21"/>
        </w:rPr>
        <w:t>"Extract All…"</w:t>
      </w:r>
    </w:p>
    <w:p>
      <w:pPr>
        <w:spacing w:before="0" w:after="100"/>
        <w:ind w:left="482" w:hanging="482"/>
      </w:pPr>
      <w:r>
        <w:rPr>
          <w:rFonts w:ascii="Segoe UI" w:hAnsi="Segoe UI" w:eastAsia="Segoe UI"/>
          <w:b/>
          <w:i w:val="0"/>
          <w:color w:val="5D9C3C"/>
          <w:sz w:val="21"/>
        </w:rPr>
        <w:t xml:space="preserve">3.  </w:t>
      </w:r>
      <w:r>
        <w:rPr>
          <w:rFonts w:ascii="Segoe UI" w:hAnsi="Segoe UI" w:eastAsia="Segoe UI"/>
          <w:b/>
          <w:i w:val="0"/>
          <w:color w:val="1F2328"/>
          <w:sz w:val="21"/>
        </w:rPr>
        <w:t xml:space="preserve">Click </w:t>
      </w:r>
      <w:r>
        <w:rPr>
          <w:rFonts w:ascii="Segoe UI" w:hAnsi="Segoe UI" w:eastAsia="Segoe UI"/>
          <w:b w:val="0"/>
          <w:i w:val="0"/>
          <w:color w:val="1F2328"/>
          <w:sz w:val="21"/>
        </w:rPr>
        <w:t>Extract. Your Desktop or Documents is fine — anywhere you can find again.</w:t>
      </w:r>
    </w:p>
    <w:p>
      <w:pPr>
        <w:spacing w:before="0" w:after="100"/>
        <w:ind w:left="482" w:hanging="482"/>
      </w:pPr>
      <w:r>
        <w:rPr>
          <w:rFonts w:ascii="Segoe UI" w:hAnsi="Segoe UI" w:eastAsia="Segoe UI"/>
          <w:b/>
          <w:i w:val="0"/>
          <w:color w:val="5D9C3C"/>
          <w:sz w:val="21"/>
        </w:rPr>
        <w:t xml:space="preserve">4.  </w:t>
      </w:r>
      <w:r>
        <w:rPr>
          <w:rFonts w:ascii="Segoe UI" w:hAnsi="Segoe UI" w:eastAsia="Segoe UI"/>
          <w:b/>
          <w:i w:val="0"/>
          <w:color w:val="1F2328"/>
          <w:sz w:val="21"/>
        </w:rPr>
        <w:t xml:space="preserve">A </w:t>
      </w:r>
      <w:r>
        <w:rPr>
          <w:rFonts w:ascii="Segoe UI" w:hAnsi="Segoe UI" w:eastAsia="Segoe UI"/>
          <w:b w:val="0"/>
          <w:i w:val="0"/>
          <w:color w:val="1F2328"/>
          <w:sz w:val="21"/>
        </w:rPr>
        <w:t>folder opens. This is your bot folder. Everything from now on happens in here.</w:t>
      </w:r>
    </w:p>
    <w:p>
      <w:pPr>
        <w:spacing w:before="0" w:after="80"/>
      </w:pPr>
      <w:r>
        <w:rPr>
          <w:rFonts w:ascii="Segoe UI" w:hAnsi="Segoe UI" w:eastAsia="Segoe UI"/>
          <w:b w:val="0"/>
          <w:i w:val="0"/>
          <w:color w:val="1F2328"/>
          <w:sz w:val="21"/>
        </w:rPr>
        <w:t>Inside you should see these files:</w:t>
      </w:r>
    </w:p>
    <w:p>
      <w:pPr>
        <w:shd w:val="clear" w:color="auto" w:fill="1B1F23"/>
        <w:spacing w:before="120" w:after="40"/>
        <w:ind w:left="170"/>
      </w:pPr>
      <w:r>
        <w:rPr>
          <w:rFonts w:ascii="Consolas" w:hAnsi="Consolas" w:eastAsia="Consolas"/>
          <w:b w:val="0"/>
          <w:i w:val="0"/>
          <w:color w:val="D6E8C8"/>
          <w:sz w:val="18"/>
        </w:rPr>
        <w:t>longdegeneracy-bot</w:t>
      </w:r>
      <w:r>
        <w:br/>
      </w:r>
      <w:r>
        <w:rPr>
          <w:rFonts w:ascii="Consolas" w:hAnsi="Consolas" w:eastAsia="Consolas"/>
          <w:b w:val="0"/>
          <w:i w:val="0"/>
          <w:color w:val="D6E8C8"/>
          <w:sz w:val="18"/>
        </w:rPr>
        <w:t xml:space="preserve">  |-- run.bat          &lt;-- Windows: double-click this one</w:t>
      </w:r>
      <w:r>
        <w:br/>
      </w:r>
      <w:r>
        <w:rPr>
          <w:rFonts w:ascii="Consolas" w:hAnsi="Consolas" w:eastAsia="Consolas"/>
          <w:b w:val="0"/>
          <w:i w:val="0"/>
          <w:color w:val="D6E8C8"/>
          <w:sz w:val="18"/>
        </w:rPr>
        <w:t xml:space="preserve">  |-- run.sh           &lt;-- Mac / Linux</w:t>
      </w:r>
      <w:r>
        <w:br/>
      </w:r>
      <w:r>
        <w:rPr>
          <w:rFonts w:ascii="Consolas" w:hAnsi="Consolas" w:eastAsia="Consolas"/>
          <w:b w:val="0"/>
          <w:i w:val="0"/>
          <w:color w:val="D6E8C8"/>
          <w:sz w:val="18"/>
        </w:rPr>
        <w:t xml:space="preserve">  |-- launcher.py</w:t>
      </w:r>
      <w:r>
        <w:br/>
      </w:r>
      <w:r>
        <w:rPr>
          <w:rFonts w:ascii="Consolas" w:hAnsi="Consolas" w:eastAsia="Consolas"/>
          <w:b w:val="0"/>
          <w:i w:val="0"/>
          <w:color w:val="D6E8C8"/>
          <w:sz w:val="18"/>
        </w:rPr>
        <w:t xml:space="preserve">  |-- README.txt</w:t>
      </w:r>
      <w:r>
        <w:br/>
      </w:r>
      <w:r>
        <w:rPr>
          <w:rFonts w:ascii="Consolas" w:hAnsi="Consolas" w:eastAsia="Consolas"/>
          <w:b w:val="0"/>
          <w:i w:val="0"/>
          <w:color w:val="D6E8C8"/>
          <w:sz w:val="18"/>
        </w:rPr>
        <w:t xml:space="preserve">  |-- requirements.txt</w:t>
      </w:r>
      <w:r>
        <w:br/>
      </w:r>
      <w:r>
        <w:rPr>
          <w:rFonts w:ascii="Consolas" w:hAnsi="Consolas" w:eastAsia="Consolas"/>
          <w:b w:val="0"/>
          <w:i w:val="0"/>
          <w:color w:val="D6E8C8"/>
          <w:sz w:val="18"/>
        </w:rPr>
        <w:t xml:space="preserve">  `-- lighter_bot\    (the bot itself)</w:t>
      </w:r>
    </w:p>
    <w:p>
      <w:pPr>
        <w:spacing w:before="0" w:after="200"/>
        <w:ind w:left="227"/>
      </w:pPr>
      <w:r>
        <w:rPr>
          <w:rFonts w:ascii="Segoe UI" w:hAnsi="Segoe UI" w:eastAsia="Segoe UI"/>
          <w:b w:val="0"/>
          <w:i/>
          <w:color w:val="6B7280"/>
          <w:sz w:val="17"/>
        </w:rPr>
        <w:t>If you only see the zip file, you have not extracted it yet.</w:t>
      </w:r>
    </w:p>
    <w:p>
      <w:pPr>
        <w:pBdr>
          <w:left w:val="single" w:sz="22" w:space="10" w:color="5D9C3C"/>
        </w:pBdr>
        <w:shd w:val="clear" w:color="auto" w:fill="EDF5E6"/>
        <w:spacing w:before="120" w:after="200"/>
        <w:ind w:left="170" w:right="57"/>
      </w:pPr>
      <w:r>
        <w:rPr>
          <w:rFonts w:ascii="Segoe UI" w:hAnsi="Segoe UI" w:eastAsia="Segoe UI"/>
          <w:b/>
          <w:i w:val="0"/>
          <w:color w:val="5D9C3C"/>
          <w:sz w:val="20"/>
        </w:rPr>
        <w:t xml:space="preserve">YOU CAN CHECK THE SAFETY CLAIM YOURSELF  </w:t>
      </w:r>
      <w:r>
        <w:rPr>
          <w:rFonts w:ascii="Segoe UI" w:hAnsi="Segoe UI" w:eastAsia="Segoe UI"/>
          <w:b w:val="0"/>
          <w:i w:val="0"/>
          <w:color w:val="1F2328"/>
          <w:sz w:val="20"/>
        </w:rPr>
        <w:t>Open the lighter_bot folder. We say the bot cannot place an order because the code that signs orders is not included. Look for a file called signer.py. There isn't one. That is the whole reason this download is safe to run — not a promise, a missing file.</w:t>
      </w:r>
    </w:p>
    <w:p>
      <w:pPr>
        <w:shd w:val="clear" w:color="auto" w:fill="5D9C3C"/>
        <w:spacing w:before="360" w:after="160"/>
      </w:pPr>
      <w:r>
        <w:rPr>
          <w:rFonts w:ascii="Segoe UI" w:hAnsi="Segoe UI" w:eastAsia="Segoe UI"/>
          <w:b/>
          <w:i w:val="0"/>
          <w:color w:val="FFFFFF"/>
          <w:sz w:val="24"/>
        </w:rPr>
        <w:t xml:space="preserve">  STEP 5   </w:t>
      </w:r>
      <w:r>
        <w:rPr>
          <w:rFonts w:ascii="Segoe UI" w:hAnsi="Segoe UI" w:eastAsia="Segoe UI"/>
          <w:b/>
          <w:i w:val="0"/>
          <w:color w:val="FFFFFF"/>
          <w:sz w:val="24"/>
        </w:rPr>
        <w:t>START IT</w:t>
      </w:r>
      <w:r>
        <w:rPr>
          <w:rFonts w:ascii="Segoe UI" w:hAnsi="Segoe UI" w:eastAsia="Segoe UI"/>
          <w:b w:val="0"/>
          <w:i w:val="0"/>
          <w:color w:val="DDEBD0"/>
          <w:sz w:val="19"/>
        </w:rPr>
        <w:t xml:space="preserve">     10 seconds</w:t>
      </w:r>
    </w:p>
    <w:p>
      <w:pPr>
        <w:spacing w:before="0" w:after="160"/>
      </w:pPr>
      <w:r>
        <w:rPr>
          <w:rFonts w:ascii="Segoe UI" w:hAnsi="Segoe UI" w:eastAsia="Segoe UI"/>
          <w:b w:val="0"/>
          <w:i w:val="0"/>
          <w:color w:val="1F2328"/>
          <w:sz w:val="21"/>
        </w:rPr>
        <w:t xml:space="preserve">Double-click </w:t>
      </w:r>
      <w:r>
        <w:rPr>
          <w:rFonts w:ascii="Consolas" w:hAnsi="Consolas" w:eastAsia="Consolas"/>
          <w:b/>
          <w:i w:val="0"/>
          <w:color w:val="1F2328"/>
          <w:sz w:val="21"/>
        </w:rPr>
        <w:t>run.bat</w:t>
      </w:r>
      <w:r>
        <w:rPr>
          <w:rFonts w:ascii="Segoe UI" w:hAnsi="Segoe UI" w:eastAsia="Segoe UI"/>
          <w:b w:val="0"/>
          <w:i w:val="0"/>
          <w:color w:val="1F2328"/>
          <w:sz w:val="21"/>
        </w:rPr>
        <w:t>.</w:t>
      </w:r>
    </w:p>
    <w:p>
      <w:pPr>
        <w:spacing w:before="0" w:after="160"/>
      </w:pPr>
      <w:r>
        <w:rPr>
          <w:rFonts w:ascii="Segoe UI" w:hAnsi="Segoe UI" w:eastAsia="Segoe UI"/>
          <w:b w:val="0"/>
          <w:i w:val="0"/>
          <w:color w:val="1F2328"/>
          <w:sz w:val="21"/>
        </w:rPr>
        <w:t>A black window opens. That window IS the bot. Leave it open — closing it stops the bot.</w:t>
      </w:r>
    </w:p>
    <w:p>
      <w:pPr>
        <w:pBdr>
          <w:left w:val="single" w:sz="22" w:space="10" w:color="B8860B"/>
        </w:pBdr>
        <w:shd w:val="clear" w:color="auto" w:fill="FDF6E3"/>
        <w:spacing w:before="120" w:after="200"/>
        <w:ind w:left="170" w:right="57"/>
      </w:pPr>
      <w:r>
        <w:rPr>
          <w:rFonts w:ascii="Segoe UI" w:hAnsi="Segoe UI" w:eastAsia="Segoe UI"/>
          <w:b/>
          <w:i w:val="0"/>
          <w:color w:val="B8860B"/>
          <w:sz w:val="20"/>
        </w:rPr>
        <w:t xml:space="preserve">IF WINDOWS SHOWS A BLUE WARNING BOX  </w:t>
      </w:r>
      <w:r>
        <w:rPr>
          <w:rFonts w:ascii="Segoe UI" w:hAnsi="Segoe UI" w:eastAsia="Segoe UI"/>
          <w:b w:val="0"/>
          <w:i w:val="0"/>
          <w:color w:val="1F2328"/>
          <w:sz w:val="20"/>
        </w:rPr>
        <w:t>It may say "Windows protected your PC". This appears for any program that isn't from a big company that paid for a certificate. Click "More info", then "Run anyway". If you would rather not, that is a completely reasonable decision — the guide at the back shows how to start it by typing a command instead.</w:t>
      </w:r>
    </w:p>
    <w:p>
      <w:pPr>
        <w:shd w:val="clear" w:color="auto" w:fill="5D9C3C"/>
        <w:spacing w:before="360" w:after="160"/>
      </w:pPr>
      <w:r>
        <w:rPr>
          <w:rFonts w:ascii="Segoe UI" w:hAnsi="Segoe UI" w:eastAsia="Segoe UI"/>
          <w:b/>
          <w:i w:val="0"/>
          <w:color w:val="FFFFFF"/>
          <w:sz w:val="24"/>
        </w:rPr>
        <w:t xml:space="preserve">  STEP 6   </w:t>
      </w:r>
      <w:r>
        <w:rPr>
          <w:rFonts w:ascii="Segoe UI" w:hAnsi="Segoe UI" w:eastAsia="Segoe UI"/>
          <w:b/>
          <w:i w:val="0"/>
          <w:color w:val="FFFFFF"/>
          <w:sz w:val="24"/>
        </w:rPr>
        <w:t>ANSWER TWO QUESTIONS</w:t>
      </w:r>
      <w:r>
        <w:rPr>
          <w:rFonts w:ascii="Segoe UI" w:hAnsi="Segoe UI" w:eastAsia="Segoe UI"/>
          <w:b w:val="0"/>
          <w:i w:val="0"/>
          <w:color w:val="DDEBD0"/>
          <w:sz w:val="19"/>
        </w:rPr>
        <w:t xml:space="preserve">     about 2 minutes, once ever</w:t>
      </w:r>
    </w:p>
    <w:p>
      <w:pPr>
        <w:spacing w:before="0" w:after="160"/>
      </w:pPr>
      <w:r>
        <w:rPr>
          <w:rFonts w:ascii="Segoe UI" w:hAnsi="Segoe UI" w:eastAsia="Segoe UI"/>
          <w:b w:val="0"/>
          <w:i w:val="0"/>
          <w:color w:val="1F2328"/>
          <w:sz w:val="21"/>
        </w:rPr>
        <w:t>The first time only, it asks you two things.</w:t>
      </w:r>
    </w:p>
    <w:p>
      <w:pPr>
        <w:shd w:val="clear" w:color="auto" w:fill="1B1F23"/>
        <w:spacing w:before="120" w:after="200"/>
        <w:ind w:left="170"/>
      </w:pPr>
      <w:r>
        <w:rPr>
          <w:rFonts w:ascii="Consolas" w:hAnsi="Consolas" w:eastAsia="Consolas"/>
          <w:b w:val="0"/>
          <w:i w:val="0"/>
          <w:color w:val="D6E8C8"/>
          <w:sz w:val="18"/>
        </w:rPr>
        <w:t xml:space="preserve">  FIRST-TIME SETUP (asked once, saved to settings.json)</w:t>
      </w:r>
      <w:r>
        <w:br/>
      </w:r>
      <w:r>
        <w:rPr>
          <w:rFonts w:ascii="Consolas" w:hAnsi="Consolas" w:eastAsia="Consolas"/>
          <w:b w:val="0"/>
          <w:i w:val="0"/>
          <w:color w:val="D6E8C8"/>
          <w:sz w:val="18"/>
        </w:rPr>
        <w:t xml:space="preserve"> </w:t>
      </w:r>
      <w:r>
        <w:br/>
      </w:r>
      <w:r>
        <w:rPr>
          <w:rFonts w:ascii="Consolas" w:hAnsi="Consolas" w:eastAsia="Consolas"/>
          <w:b w:val="0"/>
          <w:i w:val="0"/>
          <w:color w:val="D6E8C8"/>
          <w:sz w:val="18"/>
        </w:rPr>
        <w:t xml:space="preserve">  Dashboard address [https://www.longdeneracy.site]:</w:t>
      </w:r>
      <w:r>
        <w:br/>
      </w:r>
      <w:r>
        <w:rPr>
          <w:rFonts w:ascii="Consolas" w:hAnsi="Consolas" w:eastAsia="Consolas"/>
          <w:b w:val="0"/>
          <w:i w:val="0"/>
          <w:color w:val="D6E8C8"/>
          <w:sz w:val="18"/>
        </w:rPr>
        <w:t xml:space="preserve"> </w:t>
      </w:r>
      <w:r>
        <w:br/>
      </w:r>
      <w:r>
        <w:rPr>
          <w:rFonts w:ascii="Consolas" w:hAnsi="Consolas" w:eastAsia="Consolas"/>
          <w:b w:val="0"/>
          <w:i w:val="0"/>
          <w:color w:val="D6E8C8"/>
          <w:sz w:val="18"/>
        </w:rPr>
        <w:t xml:space="preserve">  Get your bot token from the site: ACCOUNT tab -&gt;</w:t>
      </w:r>
      <w:r>
        <w:br/>
      </w:r>
      <w:r>
        <w:rPr>
          <w:rFonts w:ascii="Consolas" w:hAnsi="Consolas" w:eastAsia="Consolas"/>
          <w:b w:val="0"/>
          <w:i w:val="0"/>
          <w:color w:val="D6E8C8"/>
          <w:sz w:val="18"/>
        </w:rPr>
        <w:t xml:space="preserve">  'RUN IT ON YOUR OWN MACHINE' -&gt; GET MY BOT TOKEN</w:t>
      </w:r>
      <w:r>
        <w:br/>
      </w:r>
      <w:r>
        <w:rPr>
          <w:rFonts w:ascii="Consolas" w:hAnsi="Consolas" w:eastAsia="Consolas"/>
          <w:b w:val="0"/>
          <w:i w:val="0"/>
          <w:color w:val="D6E8C8"/>
          <w:sz w:val="18"/>
        </w:rPr>
        <w:t xml:space="preserve"> </w:t>
      </w:r>
      <w:r>
        <w:br/>
      </w:r>
      <w:r>
        <w:rPr>
          <w:rFonts w:ascii="Consolas" w:hAnsi="Consolas" w:eastAsia="Consolas"/>
          <w:b w:val="0"/>
          <w:i w:val="0"/>
          <w:color w:val="D6E8C8"/>
          <w:sz w:val="18"/>
        </w:rPr>
        <w:t xml:space="preserve">  Paste your token: </w:t>
      </w:r>
    </w:p>
    <w:p>
      <w:pPr>
        <w:spacing w:before="0" w:after="120"/>
      </w:pPr>
      <w:r>
        <w:rPr>
          <w:rFonts w:ascii="Segoe UI" w:hAnsi="Segoe UI" w:eastAsia="Segoe UI"/>
          <w:b/>
          <w:i w:val="0"/>
          <w:color w:val="1F2328"/>
          <w:sz w:val="21"/>
        </w:rPr>
        <w:t xml:space="preserve">Question 1 — the address. </w:t>
      </w:r>
      <w:r>
        <w:rPr>
          <w:rFonts w:ascii="Segoe UI" w:hAnsi="Segoe UI" w:eastAsia="Segoe UI"/>
          <w:b w:val="0"/>
          <w:i w:val="0"/>
          <w:color w:val="1F2328"/>
          <w:sz w:val="21"/>
        </w:rPr>
        <w:t xml:space="preserve">It has already filled in the right answer. Just press </w:t>
      </w:r>
      <w:r>
        <w:rPr>
          <w:rFonts w:ascii="Segoe UI" w:hAnsi="Segoe UI" w:eastAsia="Segoe UI"/>
          <w:b/>
          <w:i w:val="0"/>
          <w:color w:val="1F2328"/>
          <w:sz w:val="21"/>
        </w:rPr>
        <w:t>Enter</w:t>
      </w:r>
      <w:r>
        <w:rPr>
          <w:rFonts w:ascii="Segoe UI" w:hAnsi="Segoe UI" w:eastAsia="Segoe UI"/>
          <w:b w:val="0"/>
          <w:i w:val="0"/>
          <w:color w:val="1F2328"/>
          <w:sz w:val="21"/>
        </w:rPr>
        <w:t>.</w:t>
      </w:r>
    </w:p>
    <w:p>
      <w:pPr>
        <w:spacing w:before="0" w:after="80"/>
      </w:pPr>
      <w:r>
        <w:rPr>
          <w:rFonts w:ascii="Segoe UI" w:hAnsi="Segoe UI" w:eastAsia="Segoe UI"/>
          <w:b/>
          <w:i w:val="0"/>
          <w:color w:val="1F2328"/>
          <w:sz w:val="21"/>
        </w:rPr>
        <w:t xml:space="preserve">Question 2 — your token. </w:t>
      </w:r>
      <w:r>
        <w:rPr>
          <w:rFonts w:ascii="Segoe UI" w:hAnsi="Segoe UI" w:eastAsia="Segoe UI"/>
          <w:b w:val="0"/>
          <w:i w:val="0"/>
          <w:color w:val="1F2328"/>
          <w:sz w:val="21"/>
        </w:rPr>
        <w:t xml:space="preserve">Paste the token from Step 3 and press </w:t>
      </w:r>
      <w:r>
        <w:rPr>
          <w:rFonts w:ascii="Segoe UI" w:hAnsi="Segoe UI" w:eastAsia="Segoe UI"/>
          <w:b/>
          <w:i w:val="0"/>
          <w:color w:val="1F2328"/>
          <w:sz w:val="21"/>
        </w:rPr>
        <w:t>Enter</w:t>
      </w:r>
      <w:r>
        <w:rPr>
          <w:rFonts w:ascii="Segoe UI" w:hAnsi="Segoe UI" w:eastAsia="Segoe UI"/>
          <w:b w:val="0"/>
          <w:i w:val="0"/>
          <w:color w:val="1F2328"/>
          <w:sz w:val="21"/>
        </w:rPr>
        <w:t>.</w:t>
      </w:r>
    </w:p>
    <w:p>
      <w:pPr>
        <w:pBdr>
          <w:left w:val="single" w:sz="22" w:space="10" w:color="6B7280"/>
        </w:pBdr>
        <w:shd w:val="clear" w:color="auto" w:fill="F3F4F6"/>
        <w:spacing w:before="120" w:after="200"/>
        <w:ind w:left="170" w:right="57"/>
      </w:pPr>
      <w:r>
        <w:rPr>
          <w:rFonts w:ascii="Segoe UI" w:hAnsi="Segoe UI" w:eastAsia="Segoe UI"/>
          <w:b/>
          <w:i w:val="0"/>
          <w:color w:val="6B7280"/>
          <w:sz w:val="20"/>
        </w:rPr>
        <w:t xml:space="preserve">PASTING INTO A BLACK WINDOW  </w:t>
      </w:r>
      <w:r>
        <w:rPr>
          <w:rFonts w:ascii="Segoe UI" w:hAnsi="Segoe UI" w:eastAsia="Segoe UI"/>
          <w:b w:val="0"/>
          <w:i w:val="0"/>
          <w:color w:val="1F2328"/>
          <w:sz w:val="20"/>
        </w:rPr>
        <w:t>Ctrl+V often does nothing there. Right-click instead — that pastes. You may not see the characters appear. That is normal and it is deliberate; just press Enter.</w:t>
      </w:r>
    </w:p>
    <w:p>
      <w:pPr>
        <w:spacing w:before="0" w:after="120"/>
      </w:pPr>
      <w:r>
        <w:rPr>
          <w:rFonts w:ascii="Segoe UI" w:hAnsi="Segoe UI" w:eastAsia="Segoe UI"/>
          <w:b w:val="0"/>
          <w:i w:val="0"/>
          <w:color w:val="1F2328"/>
          <w:sz w:val="21"/>
        </w:rPr>
        <w:t>Then it sets itself up. It downloads three small pieces of software into a private folder called .venv inside your bot folder — never into the rest of your computer. This takes about a minute and happens only once.</w:t>
      </w:r>
    </w:p>
    <w:p>
      <w:pPr>
        <w:shd w:val="clear" w:color="auto" w:fill="1B1F23"/>
        <w:spacing w:before="120" w:after="200"/>
        <w:ind w:left="170"/>
      </w:pPr>
      <w:r>
        <w:rPr>
          <w:rFonts w:ascii="Consolas" w:hAnsi="Consolas" w:eastAsia="Consolas"/>
          <w:b w:val="0"/>
          <w:i w:val="0"/>
          <w:color w:val="D6E8C8"/>
          <w:sz w:val="18"/>
        </w:rPr>
        <w:t xml:space="preserve">  Setting up (first run only, about a minute)...</w:t>
      </w:r>
    </w:p>
    <w:p>
      <w:r>
        <w:br w:type="page"/>
      </w:r>
    </w:p>
    <w:p>
      <w:pPr>
        <w:shd w:val="clear" w:color="auto" w:fill="5D9C3C"/>
        <w:spacing w:before="360" w:after="160"/>
      </w:pPr>
      <w:r>
        <w:rPr>
          <w:rFonts w:ascii="Segoe UI" w:hAnsi="Segoe UI" w:eastAsia="Segoe UI"/>
          <w:b/>
          <w:i w:val="0"/>
          <w:color w:val="FFFFFF"/>
          <w:sz w:val="24"/>
        </w:rPr>
        <w:t xml:space="preserve">  STEP 7   </w:t>
      </w:r>
      <w:r>
        <w:rPr>
          <w:rFonts w:ascii="Segoe UI" w:hAnsi="Segoe UI" w:eastAsia="Segoe UI"/>
          <w:b/>
          <w:i w:val="0"/>
          <w:color w:val="FFFFFF"/>
          <w:sz w:val="24"/>
        </w:rPr>
        <w:t>IT IS RUNNING — NOW READ THE WINDOW</w:t>
      </w:r>
    </w:p>
    <w:p>
      <w:pPr>
        <w:spacing w:before="0" w:after="80"/>
      </w:pPr>
      <w:r>
        <w:rPr>
          <w:rFonts w:ascii="Segoe UI" w:hAnsi="Segoe UI" w:eastAsia="Segoe UI"/>
          <w:b w:val="0"/>
          <w:i w:val="0"/>
          <w:color w:val="1F2328"/>
          <w:sz w:val="21"/>
        </w:rPr>
        <w:t>When setup finishes you will see something like this:</w:t>
      </w:r>
    </w:p>
    <w:p>
      <w:pPr>
        <w:shd w:val="clear" w:color="auto" w:fill="1B1F23"/>
        <w:spacing w:before="120" w:after="200"/>
        <w:ind w:left="170"/>
      </w:pPr>
      <w:r>
        <w:rPr>
          <w:rFonts w:ascii="Consolas" w:hAnsi="Consolas" w:eastAsia="Consolas"/>
          <w:b w:val="0"/>
          <w:i w:val="0"/>
          <w:color w:val="D6E8C8"/>
          <w:sz w:val="18"/>
        </w:rPr>
        <w:t xml:space="preserve">  Paper week: $10,000 for 7 days.</w:t>
      </w:r>
      <w:r>
        <w:br/>
      </w:r>
      <w:r>
        <w:rPr>
          <w:rFonts w:ascii="Consolas" w:hAnsi="Consolas" w:eastAsia="Consolas"/>
          <w:b w:val="0"/>
          <w:i w:val="0"/>
          <w:color w:val="D6E8C8"/>
          <w:sz w:val="18"/>
        </w:rPr>
        <w:t xml:space="preserve">  Dashboard:  https://www.longdeneracy.site  (MY PAPER WEEK tab)</w:t>
      </w:r>
      <w:r>
        <w:br/>
      </w:r>
      <w:r>
        <w:rPr>
          <w:rFonts w:ascii="Consolas" w:hAnsi="Consolas" w:eastAsia="Consolas"/>
          <w:b w:val="0"/>
          <w:i w:val="0"/>
          <w:color w:val="D6E8C8"/>
          <w:sz w:val="18"/>
        </w:rPr>
        <w:t xml:space="preserve">  To stop cleanly: press Ctrl+C, or create a file named</w:t>
      </w:r>
      <w:r>
        <w:br/>
      </w:r>
      <w:r>
        <w:rPr>
          <w:rFonts w:ascii="Consolas" w:hAnsi="Consolas" w:eastAsia="Consolas"/>
          <w:b w:val="0"/>
          <w:i w:val="0"/>
          <w:color w:val="D6E8C8"/>
          <w:sz w:val="18"/>
        </w:rPr>
        <w:t xml:space="preserve">  stop.txt here.</w:t>
      </w:r>
      <w:r>
        <w:br/>
      </w:r>
      <w:r>
        <w:rPr>
          <w:rFonts w:ascii="Consolas" w:hAnsi="Consolas" w:eastAsia="Consolas"/>
          <w:b w:val="0"/>
          <w:i w:val="0"/>
          <w:color w:val="D6E8C8"/>
          <w:sz w:val="18"/>
        </w:rPr>
        <w:t xml:space="preserve"> </w:t>
      </w:r>
      <w:r>
        <w:br/>
      </w:r>
      <w:r>
        <w:rPr>
          <w:rFonts w:ascii="Consolas" w:hAnsi="Consolas" w:eastAsia="Consolas"/>
          <w:b w:val="0"/>
          <w:i w:val="0"/>
          <w:color w:val="D6E8C8"/>
          <w:sz w:val="18"/>
        </w:rPr>
        <w:t xml:space="preserve">  INFO telemetry reporting to dashboard</w:t>
      </w:r>
      <w:r>
        <w:br/>
      </w:r>
      <w:r>
        <w:rPr>
          <w:rFonts w:ascii="Consolas" w:hAnsi="Consolas" w:eastAsia="Consolas"/>
          <w:b w:val="0"/>
          <w:i w:val="0"/>
          <w:color w:val="D6E8C8"/>
          <w:sz w:val="18"/>
        </w:rPr>
        <w:t xml:space="preserve">  IDLE - none of 40 markets passes your gates</w:t>
      </w:r>
    </w:p>
    <w:p>
      <w:pPr>
        <w:spacing w:before="280" w:after="120"/>
      </w:pPr>
      <w:r>
        <w:rPr>
          <w:rFonts w:ascii="Segoe UI" w:hAnsi="Segoe UI" w:eastAsia="Segoe UI"/>
          <w:b/>
          <w:i w:val="0"/>
          <w:color w:val="1F2328"/>
          <w:sz w:val="25"/>
        </w:rPr>
        <w:t>"IDLE" is not an error</w:t>
      </w:r>
    </w:p>
    <w:p>
      <w:pPr>
        <w:pBdr>
          <w:left w:val="single" w:sz="22" w:space="10" w:color="5D9C3C"/>
        </w:pBdr>
        <w:shd w:val="clear" w:color="auto" w:fill="EDF5E6"/>
        <w:spacing w:before="120" w:after="200"/>
        <w:ind w:left="170" w:right="57"/>
      </w:pPr>
      <w:r>
        <w:rPr>
          <w:rFonts w:ascii="Segoe UI" w:hAnsi="Segoe UI" w:eastAsia="Segoe UI"/>
          <w:b/>
          <w:i w:val="0"/>
          <w:color w:val="5D9C3C"/>
          <w:sz w:val="20"/>
        </w:rPr>
        <w:t xml:space="preserve">THIS IS THE BOT WORKING  </w:t>
      </w:r>
      <w:r>
        <w:rPr>
          <w:rFonts w:ascii="Segoe UI" w:hAnsi="Segoe UI" w:eastAsia="Segoe UI"/>
          <w:b w:val="0"/>
          <w:i w:val="0"/>
          <w:color w:val="1F2328"/>
          <w:sz w:val="20"/>
        </w:rPr>
        <w:t>It will often say IDLE — none of 40 markets passes your gates. That means it looked at every market on the exchange and decided none of them was worth trading right now. It refuses markets where the price moves too fast for the profit on offer. Some days nothing qualifies for hours. A bot that always trades is a bot with no standard.</w:t>
      </w:r>
    </w:p>
    <w:p>
      <w:pPr>
        <w:spacing w:before="0" w:after="160"/>
      </w:pPr>
      <w:r>
        <w:rPr>
          <w:rFonts w:ascii="Segoe UI" w:hAnsi="Segoe UI" w:eastAsia="Segoe UI"/>
          <w:b w:val="0"/>
          <w:i w:val="0"/>
          <w:color w:val="1F2328"/>
          <w:sz w:val="21"/>
        </w:rPr>
        <w:t>Leave it running. Your laptop going to sleep is fine — it picks up where it left off. You do not need to watch it.</w:t>
      </w:r>
    </w:p>
    <w:p>
      <w:pPr>
        <w:spacing w:before="280" w:after="120"/>
      </w:pPr>
      <w:r>
        <w:rPr>
          <w:rFonts w:ascii="Segoe UI" w:hAnsi="Segoe UI" w:eastAsia="Segoe UI"/>
          <w:b/>
          <w:i w:val="0"/>
          <w:color w:val="1F2328"/>
          <w:sz w:val="25"/>
        </w:rPr>
        <w:t>Where to see your results</w:t>
      </w:r>
    </w:p>
    <w:p>
      <w:pPr>
        <w:spacing w:before="0" w:after="160"/>
      </w:pPr>
      <w:r>
        <w:rPr>
          <w:rFonts w:ascii="Segoe UI" w:hAnsi="Segoe UI" w:eastAsia="Segoe UI"/>
          <w:b w:val="0"/>
          <w:i w:val="0"/>
          <w:color w:val="1F2328"/>
          <w:sz w:val="21"/>
        </w:rPr>
        <w:t xml:space="preserve">Open </w:t>
      </w:r>
      <w:r>
        <w:rPr>
          <w:rFonts w:ascii="Consolas" w:hAnsi="Consolas" w:eastAsia="Consolas"/>
          <w:b/>
          <w:i w:val="0"/>
          <w:color w:val="5D9C3C"/>
          <w:sz w:val="21"/>
        </w:rPr>
        <w:t>https://www.longdeneracy.site</w:t>
      </w:r>
      <w:r>
        <w:rPr>
          <w:rFonts w:ascii="Segoe UI" w:hAnsi="Segoe UI" w:eastAsia="Segoe UI"/>
          <w:b w:val="0"/>
          <w:i w:val="0"/>
          <w:color w:val="1F2328"/>
          <w:sz w:val="21"/>
        </w:rPr>
        <w:t xml:space="preserve"> and click </w:t>
      </w:r>
      <w:r>
        <w:rPr>
          <w:rFonts w:ascii="Segoe UI" w:hAnsi="Segoe UI" w:eastAsia="Segoe UI"/>
          <w:b/>
          <w:i w:val="0"/>
          <w:color w:val="1F2328"/>
          <w:sz w:val="21"/>
        </w:rPr>
        <w:t>MY PAPER WEEK</w:t>
      </w:r>
      <w:r>
        <w:rPr>
          <w:rFonts w:ascii="Segoe UI" w:hAnsi="Segoe UI" w:eastAsia="Segoe UI"/>
          <w:b w:val="0"/>
          <w:i w:val="0"/>
          <w:color w:val="1F2328"/>
          <w:sz w:val="21"/>
        </w:rPr>
        <w:t>. It updates while the bot runs. At the end of the week you get a table of which markets paid you and which quietly bled.</w:t>
      </w:r>
    </w:p>
    <w:p>
      <w:pPr>
        <w:pBdr>
          <w:bottom w:val="single" w:sz="6" w:space="1" w:color="D8DDE3"/>
        </w:pBdr>
        <w:spacing w:before="120" w:after="200"/>
      </w:pPr>
    </w:p>
    <w:p>
      <w:pPr>
        <w:spacing w:before="400" w:after="200"/>
      </w:pPr>
      <w:r>
        <w:rPr>
          <w:rFonts w:ascii="Segoe UI" w:hAnsi="Segoe UI" w:eastAsia="Segoe UI"/>
          <w:b/>
          <w:i w:val="0"/>
          <w:color w:val="1F2328"/>
          <w:sz w:val="34"/>
        </w:rPr>
        <w:t>How to stop it</w:t>
      </w:r>
    </w:p>
    <w:p>
      <w:pPr>
        <w:spacing w:before="0" w:after="120"/>
      </w:pPr>
      <w:r>
        <w:rPr>
          <w:rFonts w:ascii="Segoe UI" w:hAnsi="Segoe UI" w:eastAsia="Segoe UI"/>
          <w:b w:val="0"/>
          <w:i w:val="0"/>
          <w:color w:val="1F2328"/>
          <w:sz w:val="21"/>
        </w:rPr>
        <w:t>Two ways, both clean:</w:t>
      </w:r>
    </w:p>
    <w:p>
      <w:pPr>
        <w:spacing w:before="0" w:after="80"/>
        <w:ind w:left="425" w:hanging="227"/>
      </w:pPr>
      <w:r>
        <w:rPr>
          <w:rFonts w:ascii="Segoe UI" w:hAnsi="Segoe UI" w:eastAsia="Segoe UI"/>
          <w:b/>
          <w:i w:val="0"/>
          <w:color w:val="5D9C3C"/>
          <w:sz w:val="21"/>
        </w:rPr>
        <w:t xml:space="preserve">•  </w:t>
      </w:r>
      <w:r>
        <w:rPr>
          <w:rFonts w:ascii="Segoe UI" w:hAnsi="Segoe UI" w:eastAsia="Segoe UI"/>
          <w:b w:val="0"/>
          <w:i w:val="0"/>
          <w:color w:val="1F2328"/>
          <w:sz w:val="21"/>
        </w:rPr>
        <w:t>Click on the black window and press Ctrl+C.</w:t>
      </w:r>
    </w:p>
    <w:p>
      <w:pPr>
        <w:spacing w:before="0" w:after="80"/>
        <w:ind w:left="425" w:hanging="227"/>
      </w:pPr>
      <w:r>
        <w:rPr>
          <w:rFonts w:ascii="Segoe UI" w:hAnsi="Segoe UI" w:eastAsia="Segoe UI"/>
          <w:b/>
          <w:i w:val="0"/>
          <w:color w:val="5D9C3C"/>
          <w:sz w:val="21"/>
        </w:rPr>
        <w:t xml:space="preserve">•  </w:t>
      </w:r>
      <w:r>
        <w:rPr>
          <w:rFonts w:ascii="Segoe UI" w:hAnsi="Segoe UI" w:eastAsia="Segoe UI"/>
          <w:b w:val="0"/>
          <w:i w:val="0"/>
          <w:color w:val="1F2328"/>
          <w:sz w:val="21"/>
        </w:rPr>
        <w:t>Or make an empty file called stop.txt in the bot folder.</w:t>
      </w:r>
    </w:p>
    <w:p>
      <w:pPr>
        <w:spacing w:before="0" w:after="160"/>
      </w:pPr>
      <w:r>
        <w:rPr>
          <w:rFonts w:ascii="Segoe UI" w:hAnsi="Segoe UI" w:eastAsia="Segoe UI"/>
          <w:b w:val="0"/>
          <w:i w:val="0"/>
          <w:color w:val="1F2328"/>
          <w:sz w:val="21"/>
        </w:rPr>
        <w:t>Closing the window works too. There is nothing to unwind — the bot holds no real position, because it cannot hold one.</w:t>
      </w:r>
    </w:p>
    <w:p>
      <w:pPr>
        <w:spacing w:before="280" w:after="120"/>
      </w:pPr>
      <w:r>
        <w:rPr>
          <w:rFonts w:ascii="Segoe UI" w:hAnsi="Segoe UI" w:eastAsia="Segoe UI"/>
          <w:b/>
          <w:i w:val="0"/>
          <w:color w:val="1F2328"/>
          <w:sz w:val="25"/>
        </w:rPr>
        <w:t>To start it again later</w:t>
      </w:r>
    </w:p>
    <w:p>
      <w:pPr>
        <w:spacing w:before="0" w:after="160"/>
      </w:pPr>
      <w:r>
        <w:rPr>
          <w:rFonts w:ascii="Segoe UI" w:hAnsi="Segoe UI" w:eastAsia="Segoe UI"/>
          <w:b w:val="0"/>
          <w:i w:val="0"/>
          <w:color w:val="1F2328"/>
          <w:sz w:val="21"/>
        </w:rPr>
        <w:t xml:space="preserve">Double-click </w:t>
      </w:r>
      <w:r>
        <w:rPr>
          <w:rFonts w:ascii="Consolas" w:hAnsi="Consolas" w:eastAsia="Consolas"/>
          <w:b/>
          <w:i w:val="0"/>
          <w:color w:val="1F2328"/>
          <w:sz w:val="21"/>
        </w:rPr>
        <w:t>run.bat</w:t>
      </w:r>
      <w:r>
        <w:rPr>
          <w:rFonts w:ascii="Segoe UI" w:hAnsi="Segoe UI" w:eastAsia="Segoe UI"/>
          <w:b w:val="0"/>
          <w:i w:val="0"/>
          <w:color w:val="1F2328"/>
          <w:sz w:val="21"/>
        </w:rPr>
        <w:t xml:space="preserve"> again. It will not ask you anything this time and starts in about a second.</w:t>
      </w:r>
    </w:p>
    <w:p>
      <w:pPr>
        <w:pBdr>
          <w:bottom w:val="single" w:sz="6" w:space="1" w:color="D8DDE3"/>
        </w:pBdr>
        <w:spacing w:before="120" w:after="200"/>
      </w:pPr>
    </w:p>
    <w:p>
      <w:pPr>
        <w:spacing w:before="400" w:after="200"/>
      </w:pPr>
      <w:r>
        <w:rPr>
          <w:rFonts w:ascii="Segoe UI" w:hAnsi="Segoe UI" w:eastAsia="Segoe UI"/>
          <w:b/>
          <w:i w:val="0"/>
          <w:color w:val="1F2328"/>
          <w:sz w:val="34"/>
        </w:rPr>
        <w:t>What the bot puts in your folder</w:t>
      </w:r>
    </w:p>
    <w:tbl>
      <w:tblPr>
        <w:tblStyle w:val="TableGrid"/>
        <w:tblW w:type="auto" w:w="0"/>
        <w:jc w:val="left"/>
        <w:tblLook w:firstColumn="1" w:firstRow="1" w:lastColumn="0" w:lastRow="0" w:noHBand="0" w:noVBand="1" w:val="04A0"/>
      </w:tblPr>
      <w:tblGrid>
        <w:gridCol w:w="4706"/>
        <w:gridCol w:w="4706"/>
      </w:tblGrid>
      <w:tr>
        <w:tc>
          <w:tcPr>
            <w:tcW w:type="dxa" w:w="2381"/>
            <w:shd w:val="clear" w:color="auto" w:fill="5D9C3C"/>
          </w:tcPr>
          <w:p>
            <w:pPr>
              <w:shd w:val="clear" w:color="auto" w:fill="5D9C3C"/>
              <w:spacing w:before="40" w:after="40"/>
            </w:pPr>
            <w:r/>
            <w:r>
              <w:rPr>
                <w:rFonts w:ascii="Segoe UI" w:hAnsi="Segoe UI" w:eastAsia="Segoe UI"/>
                <w:b/>
                <w:i w:val="0"/>
                <w:color w:val="FFFFFF"/>
                <w:sz w:val="19"/>
              </w:rPr>
              <w:t>File</w:t>
            </w:r>
          </w:p>
        </w:tc>
        <w:tc>
          <w:tcPr>
            <w:tcW w:type="dxa" w:w="6917"/>
            <w:shd w:val="clear" w:color="auto" w:fill="5D9C3C"/>
          </w:tcPr>
          <w:p>
            <w:pPr>
              <w:shd w:val="clear" w:color="auto" w:fill="5D9C3C"/>
              <w:spacing w:before="40" w:after="40"/>
            </w:pPr>
            <w:r/>
            <w:r>
              <w:rPr>
                <w:rFonts w:ascii="Segoe UI" w:hAnsi="Segoe UI" w:eastAsia="Segoe UI"/>
                <w:b/>
                <w:i w:val="0"/>
                <w:color w:val="FFFFFF"/>
                <w:sz w:val="19"/>
              </w:rPr>
              <w:t>What it is</w:t>
            </w:r>
          </w:p>
        </w:tc>
      </w:tr>
      <w:tr>
        <w:tc>
          <w:tcPr>
            <w:tcW w:type="dxa" w:w="2381"/>
          </w:tcPr>
          <w:p>
            <w:pPr>
              <w:spacing w:before="40" w:after="40"/>
            </w:pPr>
            <w:r/>
            <w:r>
              <w:rPr>
                <w:rFonts w:ascii="Segoe UI" w:hAnsi="Segoe UI" w:eastAsia="Segoe UI"/>
                <w:b w:val="0"/>
                <w:i w:val="0"/>
                <w:color w:val="1F2328"/>
                <w:sz w:val="19"/>
              </w:rPr>
              <w:t>settings.json</w:t>
            </w:r>
          </w:p>
        </w:tc>
        <w:tc>
          <w:tcPr>
            <w:tcW w:type="dxa" w:w="6917"/>
          </w:tcPr>
          <w:p>
            <w:pPr>
              <w:spacing w:before="40" w:after="40"/>
            </w:pPr>
            <w:r/>
            <w:r>
              <w:rPr>
                <w:rFonts w:ascii="Segoe UI" w:hAnsi="Segoe UI" w:eastAsia="Segoe UI"/>
                <w:b w:val="0"/>
                <w:i w:val="0"/>
                <w:color w:val="1F2328"/>
                <w:sz w:val="19"/>
              </w:rPr>
              <w:t>Your token and settings. Treat it like a password.</w:t>
            </w:r>
          </w:p>
        </w:tc>
      </w:tr>
      <w:tr>
        <w:tc>
          <w:tcPr>
            <w:tcW w:type="dxa" w:w="2381"/>
          </w:tcPr>
          <w:p>
            <w:pPr>
              <w:spacing w:before="40" w:after="40"/>
            </w:pPr>
            <w:r/>
            <w:r>
              <w:rPr>
                <w:rFonts w:ascii="Segoe UI" w:hAnsi="Segoe UI" w:eastAsia="Segoe UI"/>
                <w:b w:val="0"/>
                <w:i w:val="0"/>
                <w:color w:val="1F2328"/>
                <w:sz w:val="19"/>
              </w:rPr>
              <w:t>paper.db</w:t>
            </w:r>
          </w:p>
        </w:tc>
        <w:tc>
          <w:tcPr>
            <w:tcW w:type="dxa" w:w="6917"/>
          </w:tcPr>
          <w:p>
            <w:pPr>
              <w:spacing w:before="40" w:after="40"/>
            </w:pPr>
            <w:r/>
            <w:r>
              <w:rPr>
                <w:rFonts w:ascii="Segoe UI" w:hAnsi="Segoe UI" w:eastAsia="Segoe UI"/>
                <w:b w:val="0"/>
                <w:i w:val="0"/>
                <w:color w:val="1F2328"/>
                <w:sz w:val="19"/>
              </w:rPr>
              <w:t>Your results. Yours to keep — nobody else gets a copy.</w:t>
            </w:r>
          </w:p>
        </w:tc>
      </w:tr>
      <w:tr>
        <w:tc>
          <w:tcPr>
            <w:tcW w:type="dxa" w:w="2381"/>
          </w:tcPr>
          <w:p>
            <w:pPr>
              <w:spacing w:before="40" w:after="40"/>
            </w:pPr>
            <w:r/>
            <w:r>
              <w:rPr>
                <w:rFonts w:ascii="Segoe UI" w:hAnsi="Segoe UI" w:eastAsia="Segoe UI"/>
                <w:b w:val="0"/>
                <w:i w:val="0"/>
                <w:color w:val="1F2328"/>
                <w:sz w:val="19"/>
              </w:rPr>
              <w:t>status.json</w:t>
            </w:r>
          </w:p>
        </w:tc>
        <w:tc>
          <w:tcPr>
            <w:tcW w:type="dxa" w:w="6917"/>
          </w:tcPr>
          <w:p>
            <w:pPr>
              <w:spacing w:before="40" w:after="40"/>
            </w:pPr>
            <w:r/>
            <w:r>
              <w:rPr>
                <w:rFonts w:ascii="Segoe UI" w:hAnsi="Segoe UI" w:eastAsia="Segoe UI"/>
                <w:b w:val="0"/>
                <w:i w:val="0"/>
                <w:color w:val="1F2328"/>
                <w:sz w:val="19"/>
              </w:rPr>
              <w:t>What it is doing at this second.</w:t>
            </w:r>
          </w:p>
        </w:tc>
      </w:tr>
      <w:tr>
        <w:tc>
          <w:tcPr>
            <w:tcW w:type="dxa" w:w="2381"/>
          </w:tcPr>
          <w:p>
            <w:pPr>
              <w:spacing w:before="40" w:after="40"/>
            </w:pPr>
            <w:r/>
            <w:r>
              <w:rPr>
                <w:rFonts w:ascii="Segoe UI" w:hAnsi="Segoe UI" w:eastAsia="Segoe UI"/>
                <w:b w:val="0"/>
                <w:i w:val="0"/>
                <w:color w:val="1F2328"/>
                <w:sz w:val="19"/>
              </w:rPr>
              <w:t>.venv</w:t>
            </w:r>
          </w:p>
        </w:tc>
        <w:tc>
          <w:tcPr>
            <w:tcW w:type="dxa" w:w="6917"/>
          </w:tcPr>
          <w:p>
            <w:pPr>
              <w:spacing w:before="40" w:after="40"/>
            </w:pPr>
            <w:r/>
            <w:r>
              <w:rPr>
                <w:rFonts w:ascii="Segoe UI" w:hAnsi="Segoe UI" w:eastAsia="Segoe UI"/>
                <w:b w:val="0"/>
                <w:i w:val="0"/>
                <w:color w:val="1F2328"/>
                <w:sz w:val="19"/>
              </w:rPr>
              <w:t>Its private Python setup. Ignore it.</w:t>
            </w:r>
          </w:p>
        </w:tc>
      </w:tr>
      <w:tr>
        <w:tc>
          <w:tcPr>
            <w:tcW w:type="dxa" w:w="2381"/>
          </w:tcPr>
          <w:p>
            <w:pPr>
              <w:spacing w:before="40" w:after="40"/>
            </w:pPr>
            <w:r/>
            <w:r>
              <w:rPr>
                <w:rFonts w:ascii="Segoe UI" w:hAnsi="Segoe UI" w:eastAsia="Segoe UI"/>
                <w:b w:val="0"/>
                <w:i w:val="0"/>
                <w:color w:val="1F2328"/>
                <w:sz w:val="19"/>
              </w:rPr>
              <w:t>stop.txt</w:t>
            </w:r>
          </w:p>
        </w:tc>
        <w:tc>
          <w:tcPr>
            <w:tcW w:type="dxa" w:w="6917"/>
          </w:tcPr>
          <w:p>
            <w:pPr>
              <w:spacing w:before="40" w:after="40"/>
            </w:pPr>
            <w:r/>
            <w:r>
              <w:rPr>
                <w:rFonts w:ascii="Segoe UI" w:hAnsi="Segoe UI" w:eastAsia="Segoe UI"/>
                <w:b w:val="0"/>
                <w:i w:val="0"/>
                <w:color w:val="1F2328"/>
                <w:sz w:val="19"/>
              </w:rPr>
              <w:t>Doesn't exist until you make one, to stop the bot.</w:t>
            </w:r>
          </w:p>
        </w:tc>
      </w:tr>
    </w:tbl>
    <w:p>
      <w:pPr>
        <w:spacing w:before="0" w:after="80"/>
      </w:pPr>
      <w:r>
        <w:rPr>
          <w:rFonts w:ascii="Segoe UI" w:hAnsi="Segoe UI" w:eastAsia="Segoe UI"/>
          <w:b w:val="0"/>
          <w:i w:val="0"/>
          <w:color w:val="6B7280"/>
          <w:sz w:val="19"/>
        </w:rPr>
        <w:t>Nothing is written anywhere else on your computer.</w:t>
      </w:r>
    </w:p>
    <w:p>
      <w:r>
        <w:br w:type="page"/>
      </w:r>
    </w:p>
    <w:p>
      <w:pPr>
        <w:spacing w:before="400" w:after="200"/>
      </w:pPr>
      <w:r>
        <w:rPr>
          <w:rFonts w:ascii="Segoe UI" w:hAnsi="Segoe UI" w:eastAsia="Segoe UI"/>
          <w:b/>
          <w:i w:val="0"/>
          <w:color w:val="1F2328"/>
          <w:sz w:val="34"/>
        </w:rPr>
        <w:t>When something goes wrong</w:t>
      </w:r>
    </w:p>
    <w:tbl>
      <w:tblPr>
        <w:tblStyle w:val="TableGrid"/>
        <w:tblW w:type="auto" w:w="0"/>
        <w:jc w:val="left"/>
        <w:tblLook w:firstColumn="1" w:firstRow="1" w:lastColumn="0" w:lastRow="0" w:noHBand="0" w:noVBand="1" w:val="04A0"/>
      </w:tblPr>
      <w:tblGrid>
        <w:gridCol w:w="4706"/>
        <w:gridCol w:w="4706"/>
      </w:tblGrid>
      <w:tr>
        <w:tc>
          <w:tcPr>
            <w:tcW w:type="dxa" w:w="2835"/>
            <w:shd w:val="clear" w:color="auto" w:fill="5D9C3C"/>
          </w:tcPr>
          <w:p>
            <w:pPr>
              <w:shd w:val="clear" w:color="auto" w:fill="5D9C3C"/>
              <w:spacing w:before="40" w:after="40"/>
            </w:pPr>
            <w:r/>
            <w:r>
              <w:rPr>
                <w:rFonts w:ascii="Segoe UI" w:hAnsi="Segoe UI" w:eastAsia="Segoe UI"/>
                <w:b/>
                <w:i w:val="0"/>
                <w:color w:val="FFFFFF"/>
                <w:sz w:val="19"/>
              </w:rPr>
              <w:t>What you see</w:t>
            </w:r>
          </w:p>
        </w:tc>
        <w:tc>
          <w:tcPr>
            <w:tcW w:type="dxa" w:w="6463"/>
            <w:shd w:val="clear" w:color="auto" w:fill="5D9C3C"/>
          </w:tcPr>
          <w:p>
            <w:pPr>
              <w:shd w:val="clear" w:color="auto" w:fill="5D9C3C"/>
              <w:spacing w:before="40" w:after="40"/>
            </w:pPr>
            <w:r/>
            <w:r>
              <w:rPr>
                <w:rFonts w:ascii="Segoe UI" w:hAnsi="Segoe UI" w:eastAsia="Segoe UI"/>
                <w:b/>
                <w:i w:val="0"/>
                <w:color w:val="FFFFFF"/>
                <w:sz w:val="19"/>
              </w:rPr>
              <w:t>What it means and what to do</w:t>
            </w:r>
          </w:p>
        </w:tc>
      </w:tr>
      <w:tr>
        <w:tc>
          <w:tcPr>
            <w:tcW w:type="dxa" w:w="2835"/>
          </w:tcPr>
          <w:p>
            <w:pPr>
              <w:spacing w:before="40" w:after="40"/>
            </w:pPr>
            <w:r/>
            <w:r>
              <w:rPr>
                <w:rFonts w:ascii="Consolas" w:hAnsi="Consolas" w:eastAsia="Consolas"/>
                <w:b w:val="0"/>
                <w:i w:val="0"/>
                <w:color w:val="1F2328"/>
                <w:sz w:val="19"/>
              </w:rPr>
              <w:t>"Python was not found"</w:t>
            </w:r>
          </w:p>
        </w:tc>
        <w:tc>
          <w:tcPr>
            <w:tcW w:type="dxa" w:w="6463"/>
          </w:tcPr>
          <w:p>
            <w:pPr>
              <w:spacing w:before="40" w:after="40"/>
            </w:pPr>
            <w:r/>
            <w:r>
              <w:rPr>
                <w:rFonts w:ascii="Segoe UI" w:hAnsi="Segoe UI" w:eastAsia="Segoe UI"/>
                <w:b w:val="0"/>
                <w:i w:val="0"/>
                <w:color w:val="1F2328"/>
                <w:sz w:val="19"/>
              </w:rPr>
              <w:t>Either Python isn't installed, or the "Add python.exe to PATH" box was not ticked. Run the python.org installer again and tick it. This is by far the most common problem.</w:t>
            </w:r>
          </w:p>
        </w:tc>
      </w:tr>
      <w:tr>
        <w:tc>
          <w:tcPr>
            <w:tcW w:type="dxa" w:w="2835"/>
          </w:tcPr>
          <w:p>
            <w:pPr>
              <w:spacing w:before="40" w:after="40"/>
            </w:pPr>
            <w:r/>
            <w:r>
              <w:rPr>
                <w:rFonts w:ascii="Consolas" w:hAnsi="Consolas" w:eastAsia="Consolas"/>
                <w:b w:val="0"/>
                <w:i w:val="0"/>
                <w:color w:val="1F2328"/>
                <w:sz w:val="19"/>
              </w:rPr>
              <w:t>"could not install dependencies"</w:t>
            </w:r>
          </w:p>
        </w:tc>
        <w:tc>
          <w:tcPr>
            <w:tcW w:type="dxa" w:w="6463"/>
          </w:tcPr>
          <w:p>
            <w:pPr>
              <w:spacing w:before="40" w:after="40"/>
            </w:pPr>
            <w:r/>
            <w:r>
              <w:rPr>
                <w:rFonts w:ascii="Segoe UI" w:hAnsi="Segoe UI" w:eastAsia="Segoe UI"/>
                <w:b w:val="0"/>
                <w:i w:val="0"/>
                <w:color w:val="1F2328"/>
                <w:sz w:val="19"/>
              </w:rPr>
              <w:t>It could not reach the internet. Usually a company or school network blocking it, or wi-fi that dropped. Try again on a normal connection.</w:t>
            </w:r>
          </w:p>
        </w:tc>
      </w:tr>
      <w:tr>
        <w:tc>
          <w:tcPr>
            <w:tcW w:type="dxa" w:w="2835"/>
          </w:tcPr>
          <w:p>
            <w:pPr>
              <w:spacing w:before="40" w:after="40"/>
            </w:pPr>
            <w:r/>
            <w:r>
              <w:rPr>
                <w:rFonts w:ascii="Consolas" w:hAnsi="Consolas" w:eastAsia="Consolas"/>
                <w:b w:val="0"/>
                <w:i w:val="0"/>
                <w:color w:val="1F2328"/>
                <w:sz w:val="19"/>
              </w:rPr>
              <w:t>"requirements.txt is missing"</w:t>
            </w:r>
          </w:p>
        </w:tc>
        <w:tc>
          <w:tcPr>
            <w:tcW w:type="dxa" w:w="6463"/>
          </w:tcPr>
          <w:p>
            <w:pPr>
              <w:spacing w:before="40" w:after="40"/>
            </w:pPr>
            <w:r/>
            <w:r>
              <w:rPr>
                <w:rFonts w:ascii="Segoe UI" w:hAnsi="Segoe UI" w:eastAsia="Segoe UI"/>
                <w:b w:val="0"/>
                <w:i w:val="0"/>
                <w:color w:val="1F2328"/>
                <w:sz w:val="19"/>
              </w:rPr>
              <w:t>You are running it from inside the zip instead of an extracted folder. Go back to Step 4 and use Extract All.</w:t>
            </w:r>
          </w:p>
        </w:tc>
      </w:tr>
      <w:tr>
        <w:tc>
          <w:tcPr>
            <w:tcW w:type="dxa" w:w="2835"/>
          </w:tcPr>
          <w:p>
            <w:pPr>
              <w:spacing w:before="40" w:after="40"/>
            </w:pPr>
            <w:r/>
            <w:r>
              <w:rPr>
                <w:rFonts w:ascii="Segoe UI" w:hAnsi="Segoe UI" w:eastAsia="Segoe UI"/>
                <w:b w:val="0"/>
                <w:i w:val="0"/>
                <w:color w:val="1F2328"/>
                <w:sz w:val="19"/>
              </w:rPr>
              <w:t>The window flashes and vanishes</w:t>
            </w:r>
          </w:p>
        </w:tc>
        <w:tc>
          <w:tcPr>
            <w:tcW w:type="dxa" w:w="6463"/>
          </w:tcPr>
          <w:p>
            <w:pPr>
              <w:spacing w:before="40" w:after="40"/>
            </w:pPr>
            <w:r/>
            <w:r>
              <w:rPr>
                <w:rFonts w:ascii="Segoe UI" w:hAnsi="Segoe UI" w:eastAsia="Segoe UI"/>
                <w:b w:val="0"/>
                <w:i w:val="0"/>
                <w:color w:val="1F2328"/>
                <w:sz w:val="19"/>
              </w:rPr>
              <w:t>Python is missing. Same fix as the first row. To read the message, open cmd, drag run.bat into the window, and press Enter.</w:t>
            </w:r>
          </w:p>
        </w:tc>
      </w:tr>
      <w:tr>
        <w:tc>
          <w:tcPr>
            <w:tcW w:type="dxa" w:w="2835"/>
          </w:tcPr>
          <w:p>
            <w:pPr>
              <w:spacing w:before="40" w:after="40"/>
            </w:pPr>
            <w:r/>
            <w:r>
              <w:rPr>
                <w:rFonts w:ascii="Segoe UI" w:hAnsi="Segoe UI" w:eastAsia="Segoe UI"/>
                <w:b w:val="0"/>
                <w:i w:val="0"/>
                <w:color w:val="1F2328"/>
                <w:sz w:val="19"/>
              </w:rPr>
              <w:t>Nothing shows on the dashboard</w:t>
            </w:r>
          </w:p>
        </w:tc>
        <w:tc>
          <w:tcPr>
            <w:tcW w:type="dxa" w:w="6463"/>
          </w:tcPr>
          <w:p>
            <w:pPr>
              <w:spacing w:before="40" w:after="40"/>
            </w:pPr>
            <w:r/>
            <w:r>
              <w:rPr>
                <w:rFonts w:ascii="Segoe UI" w:hAnsi="Segoe UI" w:eastAsia="Segoe UI"/>
                <w:b w:val="0"/>
                <w:i w:val="0"/>
                <w:color w:val="1F2328"/>
                <w:sz w:val="19"/>
              </w:rPr>
              <w:t>The token is wrong or was replaced. Delete settings.json from the bot folder, get a fresh token on the ACCOUNT tab, and start it again.</w:t>
            </w:r>
          </w:p>
        </w:tc>
      </w:tr>
      <w:tr>
        <w:tc>
          <w:tcPr>
            <w:tcW w:type="dxa" w:w="2835"/>
          </w:tcPr>
          <w:p>
            <w:pPr>
              <w:spacing w:before="40" w:after="40"/>
            </w:pPr>
            <w:r/>
            <w:r>
              <w:rPr>
                <w:rFonts w:ascii="Consolas" w:hAnsi="Consolas" w:eastAsia="Consolas"/>
                <w:b w:val="0"/>
                <w:i w:val="0"/>
                <w:color w:val="1F2328"/>
                <w:sz w:val="19"/>
              </w:rPr>
              <w:t>"IDLE - none of 40 markets..."</w:t>
            </w:r>
          </w:p>
        </w:tc>
        <w:tc>
          <w:tcPr>
            <w:tcW w:type="dxa" w:w="6463"/>
          </w:tcPr>
          <w:p>
            <w:pPr>
              <w:spacing w:before="40" w:after="40"/>
            </w:pPr>
            <w:r/>
            <w:r>
              <w:rPr>
                <w:rFonts w:ascii="Segoe UI" w:hAnsi="Segoe UI" w:eastAsia="Segoe UI"/>
                <w:b w:val="0"/>
                <w:i w:val="0"/>
                <w:color w:val="1F2328"/>
                <w:sz w:val="19"/>
              </w:rPr>
              <w:t>Not a problem. This is the bot refusing bad markets. Leave it.</w:t>
            </w:r>
          </w:p>
        </w:tc>
      </w:tr>
      <w:tr>
        <w:tc>
          <w:tcPr>
            <w:tcW w:type="dxa" w:w="2835"/>
          </w:tcPr>
          <w:p>
            <w:pPr>
              <w:spacing w:before="40" w:after="40"/>
            </w:pPr>
            <w:r/>
            <w:r>
              <w:rPr>
                <w:rFonts w:ascii="Segoe UI" w:hAnsi="Segoe UI" w:eastAsia="Segoe UI"/>
                <w:b w:val="0"/>
                <w:i w:val="0"/>
                <w:color w:val="1F2328"/>
                <w:sz w:val="19"/>
              </w:rPr>
              <w:t>It says it crashed and is restarting</w:t>
            </w:r>
          </w:p>
        </w:tc>
        <w:tc>
          <w:tcPr>
            <w:tcW w:type="dxa" w:w="6463"/>
          </w:tcPr>
          <w:p>
            <w:pPr>
              <w:spacing w:before="40" w:after="40"/>
            </w:pPr>
            <w:r/>
            <w:r>
              <w:rPr>
                <w:rFonts w:ascii="Segoe UI" w:hAnsi="Segoe UI" w:eastAsia="Segoe UI"/>
                <w:b w:val="0"/>
                <w:i w:val="0"/>
                <w:color w:val="1F2328"/>
                <w:sz w:val="19"/>
              </w:rPr>
              <w:t>It restarts itself and waits longer each time. If it keeps happening, send us the last 20 lines the window printed.</w:t>
            </w:r>
          </w:p>
        </w:tc>
      </w:tr>
    </w:tbl>
    <w:p>
      <w:r>
        <w:br w:type="page"/>
      </w:r>
    </w:p>
    <w:p>
      <w:pPr>
        <w:spacing w:before="400" w:after="200"/>
      </w:pPr>
      <w:r>
        <w:rPr>
          <w:rFonts w:ascii="Segoe UI" w:hAnsi="Segoe UI" w:eastAsia="Segoe UI"/>
          <w:b/>
          <w:i w:val="0"/>
          <w:color w:val="1F2328"/>
          <w:sz w:val="34"/>
        </w:rPr>
        <w:t>Mac and Linux</w:t>
      </w:r>
    </w:p>
    <w:p>
      <w:pPr>
        <w:spacing w:before="0" w:after="160"/>
      </w:pPr>
      <w:r>
        <w:rPr>
          <w:rFonts w:ascii="Segoe UI" w:hAnsi="Segoe UI" w:eastAsia="Segoe UI"/>
          <w:b w:val="0"/>
          <w:i w:val="0"/>
          <w:color w:val="1F2328"/>
          <w:sz w:val="21"/>
        </w:rPr>
        <w:t>Same six steps. Only the commands differ.</w:t>
      </w:r>
    </w:p>
    <w:p>
      <w:pPr>
        <w:spacing w:before="280" w:after="120"/>
      </w:pPr>
      <w:r>
        <w:rPr>
          <w:rFonts w:ascii="Segoe UI" w:hAnsi="Segoe UI" w:eastAsia="Segoe UI"/>
          <w:b/>
          <w:i w:val="0"/>
          <w:color w:val="1F2328"/>
          <w:sz w:val="25"/>
        </w:rPr>
        <w:t>Install Python</w:t>
      </w:r>
    </w:p>
    <w:p>
      <w:pPr>
        <w:spacing w:before="0" w:after="80"/>
      </w:pPr>
      <w:r>
        <w:rPr>
          <w:rFonts w:ascii="Segoe UI" w:hAnsi="Segoe UI" w:eastAsia="Segoe UI"/>
          <w:b w:val="0"/>
          <w:i w:val="0"/>
          <w:color w:val="1F2328"/>
          <w:sz w:val="21"/>
        </w:rPr>
        <w:t>macOS — install Homebrew from brew.sh if you don't have it, then:</w:t>
      </w:r>
    </w:p>
    <w:p>
      <w:pPr>
        <w:pBdr>
          <w:left w:val="single" w:sz="12" w:space="10" w:color="6B7280"/>
        </w:pBdr>
        <w:shd w:val="clear" w:color="auto" w:fill="F3F4F6"/>
        <w:spacing w:before="40" w:after="160"/>
        <w:ind w:left="283"/>
      </w:pPr>
      <w:r>
        <w:rPr>
          <w:rFonts w:ascii="Consolas" w:hAnsi="Consolas" w:eastAsia="Consolas"/>
          <w:b w:val="0"/>
          <w:i w:val="0"/>
          <w:color w:val="1F2328"/>
          <w:sz w:val="19"/>
        </w:rPr>
        <w:t>brew install python</w:t>
      </w:r>
    </w:p>
    <w:p>
      <w:pPr>
        <w:spacing w:before="0" w:after="80"/>
      </w:pPr>
      <w:r>
        <w:rPr>
          <w:rFonts w:ascii="Segoe UI" w:hAnsi="Segoe UI" w:eastAsia="Segoe UI"/>
          <w:b w:val="0"/>
          <w:i w:val="0"/>
          <w:color w:val="1F2328"/>
          <w:sz w:val="21"/>
        </w:rPr>
        <w:t>Ubuntu / Debian:</w:t>
      </w:r>
    </w:p>
    <w:p>
      <w:pPr>
        <w:pBdr>
          <w:left w:val="single" w:sz="12" w:space="10" w:color="6B7280"/>
        </w:pBdr>
        <w:shd w:val="clear" w:color="auto" w:fill="F3F4F6"/>
        <w:spacing w:before="40" w:after="160"/>
        <w:ind w:left="283"/>
      </w:pPr>
      <w:r>
        <w:rPr>
          <w:rFonts w:ascii="Consolas" w:hAnsi="Consolas" w:eastAsia="Consolas"/>
          <w:b w:val="0"/>
          <w:i w:val="0"/>
          <w:color w:val="1F2328"/>
          <w:sz w:val="19"/>
        </w:rPr>
        <w:t>sudo apt install python3 python3-venv</w:t>
      </w:r>
    </w:p>
    <w:p>
      <w:pPr>
        <w:spacing w:before="280" w:after="120"/>
      </w:pPr>
      <w:r>
        <w:rPr>
          <w:rFonts w:ascii="Segoe UI" w:hAnsi="Segoe UI" w:eastAsia="Segoe UI"/>
          <w:b/>
          <w:i w:val="0"/>
          <w:color w:val="1F2328"/>
          <w:sz w:val="25"/>
        </w:rPr>
        <w:t>Start the bot</w:t>
      </w:r>
    </w:p>
    <w:p>
      <w:pPr>
        <w:spacing w:before="0" w:after="80"/>
      </w:pPr>
      <w:r>
        <w:rPr>
          <w:rFonts w:ascii="Segoe UI" w:hAnsi="Segoe UI" w:eastAsia="Segoe UI"/>
          <w:b w:val="0"/>
          <w:i w:val="0"/>
          <w:color w:val="1F2328"/>
          <w:sz w:val="21"/>
        </w:rPr>
        <w:t>Extract the zip, then open Terminal. Type cd followed by a space, drag the extracted folder onto the Terminal window, and press Enter. Then:</w:t>
      </w:r>
    </w:p>
    <w:p>
      <w:pPr>
        <w:pBdr>
          <w:left w:val="single" w:sz="12" w:space="10" w:color="6B7280"/>
        </w:pBdr>
        <w:shd w:val="clear" w:color="auto" w:fill="F3F4F6"/>
        <w:spacing w:before="40" w:after="160"/>
        <w:ind w:left="283"/>
      </w:pPr>
      <w:r>
        <w:rPr>
          <w:rFonts w:ascii="Consolas" w:hAnsi="Consolas" w:eastAsia="Consolas"/>
          <w:b w:val="0"/>
          <w:i w:val="0"/>
          <w:color w:val="1F2328"/>
          <w:sz w:val="19"/>
        </w:rPr>
        <w:t>chmod +x run.sh</w:t>
      </w:r>
      <w:r>
        <w:br/>
      </w:r>
      <w:r>
        <w:rPr>
          <w:rFonts w:ascii="Consolas" w:hAnsi="Consolas" w:eastAsia="Consolas"/>
          <w:b w:val="0"/>
          <w:i w:val="0"/>
          <w:color w:val="1F2328"/>
          <w:sz w:val="19"/>
        </w:rPr>
        <w:t>./run.sh</w:t>
      </w:r>
    </w:p>
    <w:p>
      <w:pPr>
        <w:spacing w:before="0" w:after="160"/>
      </w:pPr>
      <w:r>
        <w:rPr>
          <w:rFonts w:ascii="Segoe UI" w:hAnsi="Segoe UI" w:eastAsia="Segoe UI"/>
          <w:b w:val="0"/>
          <w:i w:val="0"/>
          <w:color w:val="1F2328"/>
          <w:sz w:val="21"/>
        </w:rPr>
        <w:t>The chmod line is needed once only — it marks the file as runnable. After that, ./run.sh is all you need.</w:t>
      </w:r>
    </w:p>
    <w:p>
      <w:pPr>
        <w:pBdr>
          <w:left w:val="single" w:sz="22" w:space="10" w:color="6B7280"/>
        </w:pBdr>
        <w:shd w:val="clear" w:color="auto" w:fill="F3F4F6"/>
        <w:spacing w:before="120" w:after="200"/>
        <w:ind w:left="170" w:right="57"/>
      </w:pPr>
      <w:r>
        <w:rPr>
          <w:rFonts w:ascii="Segoe UI" w:hAnsi="Segoe UI" w:eastAsia="Segoe UI"/>
          <w:b/>
          <w:i w:val="0"/>
          <w:color w:val="6B7280"/>
          <w:sz w:val="20"/>
        </w:rPr>
        <w:t xml:space="preserve">ON MACOS, IF IT REFUSES TO OPEN  </w:t>
      </w:r>
      <w:r>
        <w:rPr>
          <w:rFonts w:ascii="Segoe UI" w:hAnsi="Segoe UI" w:eastAsia="Segoe UI"/>
          <w:b w:val="0"/>
          <w:i w:val="0"/>
          <w:color w:val="1F2328"/>
          <w:sz w:val="20"/>
        </w:rPr>
        <w:t>Right-click run.sh, choose Open, then confirm. macOS blocks files downloaded from the internet until you do this once.</w:t>
      </w:r>
    </w:p>
    <w:p>
      <w:pPr>
        <w:spacing w:before="280" w:after="120"/>
      </w:pPr>
      <w:r>
        <w:rPr>
          <w:rFonts w:ascii="Segoe UI" w:hAnsi="Segoe UI" w:eastAsia="Segoe UI"/>
          <w:b/>
          <w:i w:val="0"/>
          <w:color w:val="1F2328"/>
          <w:sz w:val="25"/>
        </w:rPr>
        <w:t>Starting on Windows without double-clicking</w:t>
      </w:r>
    </w:p>
    <w:p>
      <w:pPr>
        <w:spacing w:before="0" w:after="80"/>
      </w:pPr>
      <w:r>
        <w:rPr>
          <w:rFonts w:ascii="Segoe UI" w:hAnsi="Segoe UI" w:eastAsia="Segoe UI"/>
          <w:b w:val="0"/>
          <w:i w:val="0"/>
          <w:color w:val="1F2328"/>
          <w:sz w:val="21"/>
        </w:rPr>
        <w:t>If you would rather not click through the blue warning box, open cmd, then type cd followed by a space, drag your bot folder in, press Enter, and run:</w:t>
      </w:r>
    </w:p>
    <w:p>
      <w:pPr>
        <w:pBdr>
          <w:left w:val="single" w:sz="12" w:space="10" w:color="6B7280"/>
        </w:pBdr>
        <w:shd w:val="clear" w:color="auto" w:fill="F3F4F6"/>
        <w:spacing w:before="40" w:after="160"/>
        <w:ind w:left="283"/>
      </w:pPr>
      <w:r>
        <w:rPr>
          <w:rFonts w:ascii="Consolas" w:hAnsi="Consolas" w:eastAsia="Consolas"/>
          <w:b w:val="0"/>
          <w:i w:val="0"/>
          <w:color w:val="1F2328"/>
          <w:sz w:val="19"/>
        </w:rPr>
        <w:t>py launcher.py</w:t>
      </w:r>
    </w:p>
    <w:p>
      <w:pPr>
        <w:pBdr>
          <w:bottom w:val="single" w:sz="6" w:space="1" w:color="D8DDE3"/>
        </w:pBdr>
        <w:spacing w:before="120" w:after="200"/>
      </w:pPr>
    </w:p>
    <w:p>
      <w:pPr>
        <w:spacing w:before="400" w:after="200"/>
      </w:pPr>
      <w:r>
        <w:rPr>
          <w:rFonts w:ascii="Segoe UI" w:hAnsi="Segoe UI" w:eastAsia="Segoe UI"/>
          <w:b/>
          <w:i w:val="0"/>
          <w:color w:val="1F2328"/>
          <w:sz w:val="34"/>
        </w:rPr>
        <w:t>Before you ever use real money</w:t>
      </w:r>
    </w:p>
    <w:p>
      <w:pPr>
        <w:pBdr>
          <w:left w:val="single" w:sz="22" w:space="10" w:color="B8860B"/>
        </w:pBdr>
        <w:shd w:val="clear" w:color="auto" w:fill="FDF6E3"/>
        <w:spacing w:before="120" w:after="200"/>
        <w:ind w:left="170" w:right="57"/>
      </w:pPr>
      <w:r>
        <w:rPr>
          <w:rFonts w:ascii="Segoe UI" w:hAnsi="Segoe UI" w:eastAsia="Segoe UI"/>
          <w:b/>
          <w:i w:val="0"/>
          <w:color w:val="B8860B"/>
          <w:sz w:val="20"/>
        </w:rPr>
        <w:t xml:space="preserve">THE HONEST BIT  </w:t>
      </w:r>
      <w:r>
        <w:rPr>
          <w:rFonts w:ascii="Segoe UI" w:hAnsi="Segoe UI" w:eastAsia="Segoe UI"/>
          <w:b w:val="0"/>
          <w:i w:val="0"/>
          <w:color w:val="1F2328"/>
          <w:sz w:val="20"/>
        </w:rPr>
        <w:t>Market making earns a small edge many times and loses when the price runs one way. In our own testing the same settings made +5.5 basis points per trade in a quiet market and lost 5.9 in a trending one — same asset, same day. That is the whole reason this week exists.</w:t>
      </w:r>
    </w:p>
    <w:p>
      <w:pPr>
        <w:spacing w:before="0" w:after="160"/>
      </w:pPr>
      <w:r>
        <w:rPr>
          <w:rFonts w:ascii="Segoe UI" w:hAnsi="Segoe UI" w:eastAsia="Segoe UI"/>
          <w:b w:val="0"/>
          <w:i w:val="0"/>
          <w:color w:val="1F2328"/>
          <w:sz w:val="21"/>
        </w:rPr>
        <w:t>This week costs you nothing and risks nothing. What comes after might.</w:t>
      </w:r>
    </w:p>
    <w:p>
      <w:pPr>
        <w:spacing w:before="0" w:after="80"/>
        <w:ind w:left="425" w:hanging="227"/>
      </w:pPr>
      <w:r>
        <w:rPr>
          <w:rFonts w:ascii="Segoe UI" w:hAnsi="Segoe UI" w:eastAsia="Segoe UI"/>
          <w:b/>
          <w:i w:val="0"/>
          <w:color w:val="5D9C3C"/>
          <w:sz w:val="21"/>
        </w:rPr>
        <w:t xml:space="preserve">•  </w:t>
      </w:r>
      <w:r>
        <w:rPr>
          <w:rFonts w:ascii="Segoe UI" w:hAnsi="Segoe UI" w:eastAsia="Segoe UI"/>
          <w:b w:val="0"/>
          <w:i w:val="0"/>
          <w:color w:val="1F2328"/>
          <w:sz w:val="21"/>
        </w:rPr>
        <w:t>If your paper week is not clearly positive on its own — without counting any points — do not fund an account.</w:t>
      </w:r>
    </w:p>
    <w:p>
      <w:pPr>
        <w:spacing w:before="0" w:after="80"/>
        <w:ind w:left="425" w:hanging="227"/>
      </w:pPr>
      <w:r>
        <w:rPr>
          <w:rFonts w:ascii="Segoe UI" w:hAnsi="Segoe UI" w:eastAsia="Segoe UI"/>
          <w:b/>
          <w:i w:val="0"/>
          <w:color w:val="5D9C3C"/>
          <w:sz w:val="21"/>
        </w:rPr>
        <w:t xml:space="preserve">•  </w:t>
      </w:r>
      <w:r>
        <w:rPr>
          <w:rFonts w:ascii="Segoe UI" w:hAnsi="Segoe UI" w:eastAsia="Segoe UI"/>
          <w:b w:val="0"/>
          <w:i w:val="0"/>
          <w:color w:val="1F2328"/>
          <w:sz w:val="21"/>
        </w:rPr>
        <w:t>Points are worth an unknown amount. The pool is 11 million LIT tokens and the number of points it gets split between has never been published. It may be worth very little.</w:t>
      </w:r>
    </w:p>
    <w:p>
      <w:pPr>
        <w:spacing w:before="0" w:after="80"/>
        <w:ind w:left="425" w:hanging="227"/>
      </w:pPr>
      <w:r>
        <w:rPr>
          <w:rFonts w:ascii="Segoe UI" w:hAnsi="Segoe UI" w:eastAsia="Segoe UI"/>
          <w:b/>
          <w:i w:val="0"/>
          <w:color w:val="5D9C3C"/>
          <w:sz w:val="21"/>
        </w:rPr>
        <w:t xml:space="preserve">•  </w:t>
      </w:r>
      <w:r>
        <w:rPr>
          <w:rFonts w:ascii="Segoe UI" w:hAnsi="Segoe UI" w:eastAsia="Segoe UI"/>
          <w:b w:val="0"/>
          <w:i w:val="0"/>
          <w:color w:val="1F2328"/>
          <w:sz w:val="21"/>
        </w:rPr>
        <w:t>Robinhood Chain restricts 18 regions from both trading and points, including the US, UK, Canada, Singapore, Switzerland and the UAE. Check you are eligible before funding anything.</w:t>
      </w:r>
    </w:p>
    <w:p>
      <w:pPr>
        <w:spacing w:before="0" w:after="80"/>
        <w:ind w:left="425" w:hanging="227"/>
      </w:pPr>
      <w:r>
        <w:rPr>
          <w:rFonts w:ascii="Segoe UI" w:hAnsi="Segoe UI" w:eastAsia="Segoe UI"/>
          <w:b/>
          <w:i w:val="0"/>
          <w:color w:val="5D9C3C"/>
          <w:sz w:val="21"/>
        </w:rPr>
        <w:t xml:space="preserve">•  </w:t>
      </w:r>
      <w:r>
        <w:rPr>
          <w:rFonts w:ascii="Segoe UI" w:hAnsi="Segoe UI" w:eastAsia="Segoe UI"/>
          <w:b w:val="0"/>
          <w:i w:val="0"/>
          <w:color w:val="1F2328"/>
          <w:sz w:val="21"/>
        </w:rPr>
        <w:t>One account per person. Running several to farm more points is against Lighter's rules and they can take the points back afterwards.</w:t>
      </w:r>
    </w:p>
    <w:p>
      <w:pPr>
        <w:spacing w:before="0" w:after="80"/>
        <w:ind w:left="425" w:hanging="227"/>
      </w:pPr>
      <w:r>
        <w:rPr>
          <w:rFonts w:ascii="Segoe UI" w:hAnsi="Segoe UI" w:eastAsia="Segoe UI"/>
          <w:b/>
          <w:i w:val="0"/>
          <w:color w:val="5D9C3C"/>
          <w:sz w:val="21"/>
        </w:rPr>
        <w:t xml:space="preserve">•  </w:t>
      </w:r>
      <w:r>
        <w:rPr>
          <w:rFonts w:ascii="Segoe UI" w:hAnsi="Segoe UI" w:eastAsia="Segoe UI"/>
          <w:b w:val="0"/>
          <w:i w:val="0"/>
          <w:color w:val="1F2328"/>
          <w:sz w:val="21"/>
        </w:rPr>
        <w:t>Nothing here is investment advice, and nobody here is your financial adviser.</w:t>
      </w:r>
    </w:p>
    <w:p>
      <w:pPr>
        <w:pBdr>
          <w:bottom w:val="single" w:sz="6" w:space="1" w:color="D8DDE3"/>
        </w:pBdr>
        <w:spacing w:before="120" w:after="200"/>
      </w:pPr>
    </w:p>
    <w:p>
      <w:pPr>
        <w:spacing w:before="0" w:after="40"/>
        <w:jc w:val="center"/>
      </w:pPr>
      <w:r>
        <w:rPr>
          <w:rFonts w:ascii="Segoe UI" w:hAnsi="Segoe UI" w:eastAsia="Segoe UI"/>
          <w:b w:val="0"/>
          <w:i w:val="0"/>
          <w:color w:val="6B7280"/>
          <w:sz w:val="18"/>
        </w:rPr>
        <w:t>LONG DEGENERACY · non-custodial · your keys, your coins, your problem</w:t>
      </w:r>
    </w:p>
    <w:p>
      <w:pPr>
        <w:spacing w:before="0" w:after="0"/>
        <w:jc w:val="center"/>
      </w:pPr>
      <w:r>
        <w:rPr>
          <w:rFonts w:ascii="Segoe UI" w:hAnsi="Segoe UI" w:eastAsia="Segoe UI"/>
          <w:b w:val="0"/>
          <w:i w:val="0"/>
          <w:color w:val="6B7280"/>
          <w:sz w:val="18"/>
        </w:rPr>
        <w:t>https://www.longdeneracy.site  ·  paper-trading results only  ·  no live track record</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Segoe UI" w:hAnsi="Segoe UI" w:eastAsia="Segoe UI"/>
      <w:color w:val="1F232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